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059979" w14:textId="6DE1CA1F" w:rsidR="00B36B0B" w:rsidRPr="00E051B3" w:rsidRDefault="00A627FA" w:rsidP="00E051B3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pl-PL"/>
        </w:rPr>
      </w:pPr>
      <w:r w:rsidRPr="00E051B3">
        <w:rPr>
          <w:rFonts w:ascii="Times New Roman" w:hAnsi="Times New Roman" w:cs="Times New Roman"/>
          <w:b/>
          <w:bCs/>
          <w:sz w:val="24"/>
          <w:szCs w:val="24"/>
          <w:lang w:val="pl-PL"/>
        </w:rPr>
        <w:t>ZAMIERZENIA PRACY DYDAKTYCZNO-WYCHOWAWCZEJ NA MIESIĄC MARZEC W GRUPIE</w:t>
      </w:r>
      <w:r w:rsidR="00962775">
        <w:rPr>
          <w:rFonts w:ascii="Times New Roman" w:hAnsi="Times New Roman" w:cs="Times New Roman"/>
          <w:b/>
          <w:bCs/>
          <w:sz w:val="24"/>
          <w:szCs w:val="24"/>
          <w:lang w:val="pl-PL"/>
        </w:rPr>
        <w:t xml:space="preserve"> 4-</w:t>
      </w:r>
      <w:r w:rsidRPr="00E051B3">
        <w:rPr>
          <w:rFonts w:ascii="Times New Roman" w:hAnsi="Times New Roman" w:cs="Times New Roman"/>
          <w:b/>
          <w:bCs/>
          <w:sz w:val="24"/>
          <w:szCs w:val="24"/>
          <w:lang w:val="pl-PL"/>
        </w:rPr>
        <w:t xml:space="preserve"> 5</w:t>
      </w:r>
      <w:r w:rsidR="00962775">
        <w:rPr>
          <w:rFonts w:ascii="Times New Roman" w:hAnsi="Times New Roman" w:cs="Times New Roman"/>
          <w:b/>
          <w:bCs/>
          <w:sz w:val="24"/>
          <w:szCs w:val="24"/>
          <w:lang w:val="pl-PL"/>
        </w:rPr>
        <w:t xml:space="preserve"> </w:t>
      </w:r>
      <w:r w:rsidRPr="00E051B3">
        <w:rPr>
          <w:rFonts w:ascii="Times New Roman" w:hAnsi="Times New Roman" w:cs="Times New Roman"/>
          <w:b/>
          <w:bCs/>
          <w:sz w:val="24"/>
          <w:szCs w:val="24"/>
          <w:lang w:val="pl-PL"/>
        </w:rPr>
        <w:t>LATKÓW BUSSY BEES</w:t>
      </w:r>
    </w:p>
    <w:p w14:paraId="21754113" w14:textId="77777777" w:rsidR="00DD15C1" w:rsidRPr="00E051B3" w:rsidRDefault="00000000" w:rsidP="00DA5F7F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pl-PL"/>
        </w:rPr>
      </w:pPr>
      <w:r w:rsidRPr="00E051B3">
        <w:rPr>
          <w:rFonts w:ascii="Times New Roman" w:hAnsi="Times New Roman" w:cs="Times New Roman"/>
          <w:b/>
          <w:bCs/>
          <w:sz w:val="24"/>
          <w:szCs w:val="24"/>
          <w:lang w:val="pl-PL"/>
        </w:rPr>
        <w:t>TYDZIEŃ I</w:t>
      </w:r>
    </w:p>
    <w:p w14:paraId="2A4E4A59" w14:textId="6329D475" w:rsidR="00DD15C1" w:rsidRPr="00E051B3" w:rsidRDefault="00000000" w:rsidP="00DA5F7F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pl-PL"/>
        </w:rPr>
      </w:pPr>
      <w:r w:rsidRPr="00E051B3">
        <w:rPr>
          <w:rFonts w:ascii="Times New Roman" w:hAnsi="Times New Roman" w:cs="Times New Roman"/>
          <w:b/>
          <w:bCs/>
          <w:sz w:val="24"/>
          <w:szCs w:val="24"/>
          <w:lang w:val="pl-PL"/>
        </w:rPr>
        <w:t xml:space="preserve">Temat tygodnia: </w:t>
      </w:r>
      <w:r w:rsidR="003174EA" w:rsidRPr="00E051B3">
        <w:rPr>
          <w:rFonts w:ascii="Times New Roman" w:hAnsi="Times New Roman" w:cs="Times New Roman"/>
          <w:sz w:val="24"/>
          <w:szCs w:val="24"/>
          <w:lang w:val="pl-PL"/>
        </w:rPr>
        <w:t>Warsztat odkrywcy</w:t>
      </w:r>
    </w:p>
    <w:p w14:paraId="2FBCFBDA" w14:textId="36DBF4D3" w:rsidR="003174EA" w:rsidRPr="00E051B3" w:rsidRDefault="003174EA" w:rsidP="00DA5F7F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pl-PL"/>
        </w:rPr>
      </w:pPr>
      <w:r w:rsidRPr="00E051B3">
        <w:rPr>
          <w:rFonts w:ascii="Times New Roman" w:hAnsi="Times New Roman" w:cs="Times New Roman"/>
          <w:b/>
          <w:bCs/>
          <w:sz w:val="24"/>
          <w:szCs w:val="24"/>
          <w:lang w:val="pl-PL"/>
        </w:rPr>
        <w:t>Treści programowe</w:t>
      </w:r>
    </w:p>
    <w:p w14:paraId="001697DE" w14:textId="77777777" w:rsidR="003174EA" w:rsidRPr="00E051B3" w:rsidRDefault="003174EA" w:rsidP="00DA5F7F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pl-PL"/>
        </w:rPr>
      </w:pPr>
      <w:r w:rsidRPr="00E051B3">
        <w:rPr>
          <w:rFonts w:ascii="Times New Roman" w:hAnsi="Times New Roman" w:cs="Times New Roman"/>
          <w:b/>
          <w:bCs/>
          <w:sz w:val="24"/>
          <w:szCs w:val="24"/>
          <w:lang w:val="pl-PL"/>
        </w:rPr>
        <w:t>Fizyczny obszar rozwoju dziecka</w:t>
      </w:r>
    </w:p>
    <w:p w14:paraId="32DE060E" w14:textId="06DCE4FC" w:rsidR="003174EA" w:rsidRPr="00E051B3" w:rsidRDefault="003174EA" w:rsidP="00E051B3">
      <w:pPr>
        <w:spacing w:line="240" w:lineRule="auto"/>
        <w:rPr>
          <w:rFonts w:ascii="Times New Roman" w:hAnsi="Times New Roman" w:cs="Times New Roman"/>
          <w:i/>
          <w:iCs/>
          <w:sz w:val="24"/>
          <w:szCs w:val="24"/>
          <w:lang w:val="pl-PL"/>
        </w:rPr>
      </w:pPr>
      <w:r w:rsidRPr="00E051B3">
        <w:rPr>
          <w:rFonts w:ascii="Times New Roman" w:hAnsi="Times New Roman" w:cs="Times New Roman"/>
          <w:i/>
          <w:iCs/>
          <w:sz w:val="24"/>
          <w:szCs w:val="24"/>
          <w:lang w:val="pl-PL"/>
        </w:rPr>
        <w:t>Społeczna aktywność dziecka:</w:t>
      </w:r>
    </w:p>
    <w:p w14:paraId="0A9B0940" w14:textId="6F5FC166" w:rsidR="003174EA" w:rsidRPr="00724A49" w:rsidRDefault="003174EA" w:rsidP="00724A49">
      <w:pPr>
        <w:pStyle w:val="Akapitzlist"/>
        <w:numPr>
          <w:ilvl w:val="0"/>
          <w:numId w:val="46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724A49">
        <w:rPr>
          <w:rFonts w:ascii="Times New Roman" w:hAnsi="Times New Roman" w:cs="Times New Roman"/>
          <w:sz w:val="24"/>
          <w:szCs w:val="24"/>
          <w:lang w:val="pl-PL"/>
        </w:rPr>
        <w:t>korzystanie z własnych zmysłów: rozpoznawanie smaku, zapachu, dźwięków, obserwowanie za pomocą wzroku i dotyku,</w:t>
      </w:r>
    </w:p>
    <w:p w14:paraId="78BE9EA2" w14:textId="10266E38" w:rsidR="003174EA" w:rsidRPr="00724A49" w:rsidRDefault="003174EA" w:rsidP="00724A49">
      <w:pPr>
        <w:pStyle w:val="Akapitzlist"/>
        <w:numPr>
          <w:ilvl w:val="0"/>
          <w:numId w:val="46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724A49">
        <w:rPr>
          <w:rFonts w:ascii="Times New Roman" w:hAnsi="Times New Roman" w:cs="Times New Roman"/>
          <w:sz w:val="24"/>
          <w:szCs w:val="24"/>
          <w:lang w:val="pl-PL"/>
        </w:rPr>
        <w:t>wskazywanie i nazywanie części ciała,</w:t>
      </w:r>
    </w:p>
    <w:p w14:paraId="43D8AA82" w14:textId="244B8703" w:rsidR="003174EA" w:rsidRPr="00724A49" w:rsidRDefault="003174EA" w:rsidP="00724A49">
      <w:pPr>
        <w:pStyle w:val="Akapitzlist"/>
        <w:numPr>
          <w:ilvl w:val="0"/>
          <w:numId w:val="46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724A49">
        <w:rPr>
          <w:rFonts w:ascii="Times New Roman" w:hAnsi="Times New Roman" w:cs="Times New Roman"/>
          <w:sz w:val="24"/>
          <w:szCs w:val="24"/>
          <w:lang w:val="pl-PL"/>
        </w:rPr>
        <w:t>samodzielne korzystanie z toalety,</w:t>
      </w:r>
    </w:p>
    <w:p w14:paraId="6A12083A" w14:textId="7E800752" w:rsidR="003174EA" w:rsidRPr="00724A49" w:rsidRDefault="003174EA" w:rsidP="00724A49">
      <w:pPr>
        <w:pStyle w:val="Akapitzlist"/>
        <w:numPr>
          <w:ilvl w:val="0"/>
          <w:numId w:val="46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724A49">
        <w:rPr>
          <w:rFonts w:ascii="Times New Roman" w:hAnsi="Times New Roman" w:cs="Times New Roman"/>
          <w:sz w:val="24"/>
          <w:szCs w:val="24"/>
          <w:lang w:val="pl-PL"/>
        </w:rPr>
        <w:t>udział w porządkowaniu sali po zabawie,</w:t>
      </w:r>
    </w:p>
    <w:p w14:paraId="50D29274" w14:textId="64B4879F" w:rsidR="003174EA" w:rsidRPr="00724A49" w:rsidRDefault="003174EA" w:rsidP="00724A49">
      <w:pPr>
        <w:pStyle w:val="Akapitzlist"/>
        <w:numPr>
          <w:ilvl w:val="0"/>
          <w:numId w:val="46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724A49">
        <w:rPr>
          <w:rFonts w:ascii="Times New Roman" w:hAnsi="Times New Roman" w:cs="Times New Roman"/>
          <w:sz w:val="24"/>
          <w:szCs w:val="24"/>
          <w:lang w:val="pl-PL"/>
        </w:rPr>
        <w:t>zwracanie uwagi na kulturę spożywania posiłków,</w:t>
      </w:r>
    </w:p>
    <w:p w14:paraId="4C89EEC9" w14:textId="6E954110" w:rsidR="003174EA" w:rsidRPr="00724A49" w:rsidRDefault="003174EA" w:rsidP="00724A49">
      <w:pPr>
        <w:pStyle w:val="Akapitzlist"/>
        <w:numPr>
          <w:ilvl w:val="0"/>
          <w:numId w:val="46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724A49">
        <w:rPr>
          <w:rFonts w:ascii="Times New Roman" w:hAnsi="Times New Roman" w:cs="Times New Roman"/>
          <w:sz w:val="24"/>
          <w:szCs w:val="24"/>
          <w:lang w:val="pl-PL"/>
        </w:rPr>
        <w:t>samodzielne ubieranie się i dbanie o swoją garderobę.</w:t>
      </w:r>
    </w:p>
    <w:p w14:paraId="58820C44" w14:textId="1CF1CDBC" w:rsidR="003174EA" w:rsidRPr="00E051B3" w:rsidRDefault="003174EA" w:rsidP="00E051B3">
      <w:pPr>
        <w:spacing w:line="240" w:lineRule="auto"/>
        <w:rPr>
          <w:rFonts w:ascii="Times New Roman" w:hAnsi="Times New Roman" w:cs="Times New Roman"/>
          <w:i/>
          <w:iCs/>
          <w:sz w:val="24"/>
          <w:szCs w:val="24"/>
          <w:lang w:val="pl-PL"/>
        </w:rPr>
      </w:pPr>
      <w:r w:rsidRPr="00E051B3">
        <w:rPr>
          <w:rFonts w:ascii="Times New Roman" w:hAnsi="Times New Roman" w:cs="Times New Roman"/>
          <w:i/>
          <w:iCs/>
          <w:sz w:val="24"/>
          <w:szCs w:val="24"/>
          <w:lang w:val="pl-PL"/>
        </w:rPr>
        <w:t>Językowa aktywność dziecka:</w:t>
      </w:r>
    </w:p>
    <w:p w14:paraId="101D7A54" w14:textId="0E9E4CD6" w:rsidR="003174EA" w:rsidRPr="00724A49" w:rsidRDefault="003174EA" w:rsidP="00724A49">
      <w:pPr>
        <w:pStyle w:val="Akapitzlist"/>
        <w:numPr>
          <w:ilvl w:val="0"/>
          <w:numId w:val="46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724A49">
        <w:rPr>
          <w:rFonts w:ascii="Times New Roman" w:hAnsi="Times New Roman" w:cs="Times New Roman"/>
          <w:sz w:val="24"/>
          <w:szCs w:val="24"/>
          <w:lang w:val="pl-PL"/>
        </w:rPr>
        <w:t>rozwijanie sprawności całego ciała w toku zabaw ruchowych,</w:t>
      </w:r>
    </w:p>
    <w:p w14:paraId="55EA9206" w14:textId="20D35E7C" w:rsidR="003174EA" w:rsidRPr="00724A49" w:rsidRDefault="003174EA" w:rsidP="00724A49">
      <w:pPr>
        <w:pStyle w:val="Akapitzlist"/>
        <w:numPr>
          <w:ilvl w:val="0"/>
          <w:numId w:val="46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724A49">
        <w:rPr>
          <w:rFonts w:ascii="Times New Roman" w:hAnsi="Times New Roman" w:cs="Times New Roman"/>
          <w:sz w:val="24"/>
          <w:szCs w:val="24"/>
          <w:lang w:val="pl-PL"/>
        </w:rPr>
        <w:t>nabywanie koordynacji ruchowej i wzrokowo-ruchowej,</w:t>
      </w:r>
    </w:p>
    <w:p w14:paraId="22F0E226" w14:textId="5D35DBB3" w:rsidR="003174EA" w:rsidRPr="00724A49" w:rsidRDefault="003174EA" w:rsidP="00724A49">
      <w:pPr>
        <w:pStyle w:val="Akapitzlist"/>
        <w:numPr>
          <w:ilvl w:val="0"/>
          <w:numId w:val="46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724A49">
        <w:rPr>
          <w:rFonts w:ascii="Times New Roman" w:hAnsi="Times New Roman" w:cs="Times New Roman"/>
          <w:sz w:val="24"/>
          <w:szCs w:val="24"/>
          <w:lang w:val="pl-PL"/>
        </w:rPr>
        <w:t>rozwijanie sprawności manualnej (lepienie, zgniatanie, wycinanie, wydzieranie),</w:t>
      </w:r>
    </w:p>
    <w:p w14:paraId="11550C99" w14:textId="37D62486" w:rsidR="003174EA" w:rsidRPr="00724A49" w:rsidRDefault="003174EA" w:rsidP="00724A49">
      <w:pPr>
        <w:pStyle w:val="Akapitzlist"/>
        <w:numPr>
          <w:ilvl w:val="0"/>
          <w:numId w:val="46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724A49">
        <w:rPr>
          <w:rFonts w:ascii="Times New Roman" w:hAnsi="Times New Roman" w:cs="Times New Roman"/>
          <w:sz w:val="24"/>
          <w:szCs w:val="24"/>
          <w:lang w:val="pl-PL"/>
        </w:rPr>
        <w:t>odwzorowywanie elementów według wzoru.</w:t>
      </w:r>
    </w:p>
    <w:p w14:paraId="19A02499" w14:textId="18309779" w:rsidR="003174EA" w:rsidRPr="00E051B3" w:rsidRDefault="003174EA" w:rsidP="00E051B3">
      <w:pPr>
        <w:spacing w:line="240" w:lineRule="auto"/>
        <w:rPr>
          <w:rFonts w:ascii="Times New Roman" w:hAnsi="Times New Roman" w:cs="Times New Roman"/>
          <w:i/>
          <w:iCs/>
          <w:sz w:val="24"/>
          <w:szCs w:val="24"/>
          <w:lang w:val="pl-PL"/>
        </w:rPr>
      </w:pPr>
      <w:r w:rsidRPr="00E051B3">
        <w:rPr>
          <w:rFonts w:ascii="Times New Roman" w:hAnsi="Times New Roman" w:cs="Times New Roman"/>
          <w:i/>
          <w:iCs/>
          <w:sz w:val="24"/>
          <w:szCs w:val="24"/>
          <w:lang w:val="pl-PL"/>
        </w:rPr>
        <w:t>Artystyczna aktywność dziecka:</w:t>
      </w:r>
    </w:p>
    <w:p w14:paraId="2FA8CF82" w14:textId="0945A572" w:rsidR="003174EA" w:rsidRPr="00724A49" w:rsidRDefault="003174EA" w:rsidP="00724A49">
      <w:pPr>
        <w:pStyle w:val="Akapitzlist"/>
        <w:numPr>
          <w:ilvl w:val="0"/>
          <w:numId w:val="46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724A49">
        <w:rPr>
          <w:rFonts w:ascii="Times New Roman" w:hAnsi="Times New Roman" w:cs="Times New Roman"/>
          <w:sz w:val="24"/>
          <w:szCs w:val="24"/>
          <w:lang w:val="pl-PL"/>
        </w:rPr>
        <w:t>uczestniczenie w zabawach rytmicznych i ruchowych,</w:t>
      </w:r>
    </w:p>
    <w:p w14:paraId="7A2D8477" w14:textId="1D9F28D2" w:rsidR="003174EA" w:rsidRPr="00724A49" w:rsidRDefault="003174EA" w:rsidP="00724A49">
      <w:pPr>
        <w:pStyle w:val="Akapitzlist"/>
        <w:numPr>
          <w:ilvl w:val="0"/>
          <w:numId w:val="46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724A49">
        <w:rPr>
          <w:rFonts w:ascii="Times New Roman" w:hAnsi="Times New Roman" w:cs="Times New Roman"/>
          <w:sz w:val="24"/>
          <w:szCs w:val="24"/>
          <w:lang w:val="pl-PL"/>
        </w:rPr>
        <w:t>reagowanie na zmiany tempa i dynamiki utworu,</w:t>
      </w:r>
    </w:p>
    <w:p w14:paraId="3F3FCC0E" w14:textId="5E94DABA" w:rsidR="003174EA" w:rsidRPr="00724A49" w:rsidRDefault="003174EA" w:rsidP="00724A49">
      <w:pPr>
        <w:pStyle w:val="Akapitzlist"/>
        <w:numPr>
          <w:ilvl w:val="0"/>
          <w:numId w:val="46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724A49">
        <w:rPr>
          <w:rFonts w:ascii="Times New Roman" w:hAnsi="Times New Roman" w:cs="Times New Roman"/>
          <w:sz w:val="24"/>
          <w:szCs w:val="24"/>
          <w:lang w:val="pl-PL"/>
        </w:rPr>
        <w:t>rytmiczne poruszanie się przy muzyce,</w:t>
      </w:r>
    </w:p>
    <w:p w14:paraId="1F17E1F1" w14:textId="0DBA869B" w:rsidR="003174EA" w:rsidRPr="00724A49" w:rsidRDefault="003174EA" w:rsidP="00724A49">
      <w:pPr>
        <w:pStyle w:val="Akapitzlist"/>
        <w:numPr>
          <w:ilvl w:val="0"/>
          <w:numId w:val="46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724A49">
        <w:rPr>
          <w:rFonts w:ascii="Times New Roman" w:hAnsi="Times New Roman" w:cs="Times New Roman"/>
          <w:sz w:val="24"/>
          <w:szCs w:val="24"/>
          <w:lang w:val="pl-PL"/>
        </w:rPr>
        <w:t>uczestniczenie w zabawach konstrukcyjnych i sensorycznych.</w:t>
      </w:r>
    </w:p>
    <w:p w14:paraId="29697DA4" w14:textId="59379F7D" w:rsidR="003174EA" w:rsidRPr="00E051B3" w:rsidRDefault="003174EA" w:rsidP="00E051B3">
      <w:pPr>
        <w:spacing w:line="240" w:lineRule="auto"/>
        <w:rPr>
          <w:rFonts w:ascii="Times New Roman" w:hAnsi="Times New Roman" w:cs="Times New Roman"/>
          <w:i/>
          <w:iCs/>
          <w:sz w:val="24"/>
          <w:szCs w:val="24"/>
          <w:lang w:val="pl-PL"/>
        </w:rPr>
      </w:pPr>
      <w:r w:rsidRPr="00E051B3">
        <w:rPr>
          <w:rFonts w:ascii="Times New Roman" w:hAnsi="Times New Roman" w:cs="Times New Roman"/>
          <w:i/>
          <w:iCs/>
          <w:sz w:val="24"/>
          <w:szCs w:val="24"/>
          <w:lang w:val="pl-PL"/>
        </w:rPr>
        <w:t>Ruchowa i zdrowotna aktywność dziecka:</w:t>
      </w:r>
    </w:p>
    <w:p w14:paraId="4F05C93B" w14:textId="103FCC38" w:rsidR="003174EA" w:rsidRPr="00724A49" w:rsidRDefault="003174EA" w:rsidP="00724A49">
      <w:pPr>
        <w:pStyle w:val="Akapitzlist"/>
        <w:numPr>
          <w:ilvl w:val="0"/>
          <w:numId w:val="46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724A49">
        <w:rPr>
          <w:rFonts w:ascii="Times New Roman" w:hAnsi="Times New Roman" w:cs="Times New Roman"/>
          <w:sz w:val="24"/>
          <w:szCs w:val="24"/>
          <w:lang w:val="pl-PL"/>
        </w:rPr>
        <w:t>uczestniczenie w zabawach ruchowych (bieżnych, skocznych, rzutnych, równoważnych),</w:t>
      </w:r>
    </w:p>
    <w:p w14:paraId="2C05AF4E" w14:textId="404F15E0" w:rsidR="003174EA" w:rsidRPr="00724A49" w:rsidRDefault="003174EA" w:rsidP="00724A49">
      <w:pPr>
        <w:pStyle w:val="Akapitzlist"/>
        <w:numPr>
          <w:ilvl w:val="0"/>
          <w:numId w:val="46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724A49">
        <w:rPr>
          <w:rFonts w:ascii="Times New Roman" w:hAnsi="Times New Roman" w:cs="Times New Roman"/>
          <w:sz w:val="24"/>
          <w:szCs w:val="24"/>
          <w:lang w:val="pl-PL"/>
        </w:rPr>
        <w:t>przebywanie na świeżym powietrzu,</w:t>
      </w:r>
    </w:p>
    <w:p w14:paraId="71231920" w14:textId="2504F2A9" w:rsidR="003174EA" w:rsidRPr="00724A49" w:rsidRDefault="003174EA" w:rsidP="00724A49">
      <w:pPr>
        <w:pStyle w:val="Akapitzlist"/>
        <w:numPr>
          <w:ilvl w:val="0"/>
          <w:numId w:val="46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724A49">
        <w:rPr>
          <w:rFonts w:ascii="Times New Roman" w:hAnsi="Times New Roman" w:cs="Times New Roman"/>
          <w:sz w:val="24"/>
          <w:szCs w:val="24"/>
          <w:lang w:val="pl-PL"/>
        </w:rPr>
        <w:t>dbanie o higienę osobistą,</w:t>
      </w:r>
    </w:p>
    <w:p w14:paraId="6A87E000" w14:textId="15FF43E6" w:rsidR="003174EA" w:rsidRPr="00724A49" w:rsidRDefault="003174EA" w:rsidP="00724A49">
      <w:pPr>
        <w:pStyle w:val="Akapitzlist"/>
        <w:numPr>
          <w:ilvl w:val="0"/>
          <w:numId w:val="46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724A49">
        <w:rPr>
          <w:rFonts w:ascii="Times New Roman" w:hAnsi="Times New Roman" w:cs="Times New Roman"/>
          <w:sz w:val="24"/>
          <w:szCs w:val="24"/>
          <w:lang w:val="pl-PL"/>
        </w:rPr>
        <w:t>przestrzeganie zasad bezpieczeństwa podczas zabaw,</w:t>
      </w:r>
    </w:p>
    <w:p w14:paraId="79A9581B" w14:textId="028D2B64" w:rsidR="003174EA" w:rsidRPr="00724A49" w:rsidRDefault="003174EA" w:rsidP="00724A49">
      <w:pPr>
        <w:pStyle w:val="Akapitzlist"/>
        <w:numPr>
          <w:ilvl w:val="0"/>
          <w:numId w:val="46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724A49">
        <w:rPr>
          <w:rFonts w:ascii="Times New Roman" w:hAnsi="Times New Roman" w:cs="Times New Roman"/>
          <w:sz w:val="24"/>
          <w:szCs w:val="24"/>
          <w:lang w:val="pl-PL"/>
        </w:rPr>
        <w:t>sygnalizowanie złego samopoczucia,</w:t>
      </w:r>
    </w:p>
    <w:p w14:paraId="2CEECDA9" w14:textId="2DA303B9" w:rsidR="003174EA" w:rsidRPr="00724A49" w:rsidRDefault="003174EA" w:rsidP="00724A49">
      <w:pPr>
        <w:pStyle w:val="Akapitzlist"/>
        <w:numPr>
          <w:ilvl w:val="0"/>
          <w:numId w:val="46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724A49">
        <w:rPr>
          <w:rFonts w:ascii="Times New Roman" w:hAnsi="Times New Roman" w:cs="Times New Roman"/>
          <w:sz w:val="24"/>
          <w:szCs w:val="24"/>
          <w:lang w:val="pl-PL"/>
        </w:rPr>
        <w:t>przeplatanie aktywności ruchowej z odpoczynkiem.</w:t>
      </w:r>
    </w:p>
    <w:p w14:paraId="6054A688" w14:textId="77777777" w:rsidR="003174EA" w:rsidRPr="00E051B3" w:rsidRDefault="003174EA" w:rsidP="00E051B3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pl-PL"/>
        </w:rPr>
      </w:pPr>
      <w:r w:rsidRPr="00E051B3">
        <w:rPr>
          <w:rFonts w:ascii="Times New Roman" w:hAnsi="Times New Roman" w:cs="Times New Roman"/>
          <w:b/>
          <w:bCs/>
          <w:sz w:val="24"/>
          <w:szCs w:val="24"/>
          <w:lang w:val="pl-PL"/>
        </w:rPr>
        <w:t>Emocjonalny obszar rozwoju dziecka</w:t>
      </w:r>
    </w:p>
    <w:p w14:paraId="62E3058B" w14:textId="3668D137" w:rsidR="003174EA" w:rsidRPr="00E051B3" w:rsidRDefault="003174EA" w:rsidP="00E051B3">
      <w:pPr>
        <w:spacing w:line="240" w:lineRule="auto"/>
        <w:rPr>
          <w:rFonts w:ascii="Times New Roman" w:hAnsi="Times New Roman" w:cs="Times New Roman"/>
          <w:i/>
          <w:iCs/>
          <w:sz w:val="24"/>
          <w:szCs w:val="24"/>
          <w:lang w:val="pl-PL"/>
        </w:rPr>
      </w:pPr>
      <w:r w:rsidRPr="00E051B3">
        <w:rPr>
          <w:rFonts w:ascii="Times New Roman" w:hAnsi="Times New Roman" w:cs="Times New Roman"/>
          <w:i/>
          <w:iCs/>
          <w:sz w:val="24"/>
          <w:szCs w:val="24"/>
          <w:lang w:val="pl-PL"/>
        </w:rPr>
        <w:t>Społeczna aktywność dziecka:</w:t>
      </w:r>
    </w:p>
    <w:p w14:paraId="3A589B95" w14:textId="1E3BFAB8" w:rsidR="003174EA" w:rsidRPr="00724A49" w:rsidRDefault="003174EA" w:rsidP="00724A49">
      <w:pPr>
        <w:pStyle w:val="Akapitzlist"/>
        <w:numPr>
          <w:ilvl w:val="0"/>
          <w:numId w:val="46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724A49">
        <w:rPr>
          <w:rFonts w:ascii="Times New Roman" w:hAnsi="Times New Roman" w:cs="Times New Roman"/>
          <w:sz w:val="24"/>
          <w:szCs w:val="24"/>
          <w:lang w:val="pl-PL"/>
        </w:rPr>
        <w:t>podejmowanie prób wspólnych zabaw,</w:t>
      </w:r>
    </w:p>
    <w:p w14:paraId="74558728" w14:textId="538425F9" w:rsidR="003174EA" w:rsidRPr="00724A49" w:rsidRDefault="003174EA" w:rsidP="00724A49">
      <w:pPr>
        <w:pStyle w:val="Akapitzlist"/>
        <w:numPr>
          <w:ilvl w:val="0"/>
          <w:numId w:val="46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724A49">
        <w:rPr>
          <w:rFonts w:ascii="Times New Roman" w:hAnsi="Times New Roman" w:cs="Times New Roman"/>
          <w:sz w:val="24"/>
          <w:szCs w:val="24"/>
          <w:lang w:val="pl-PL"/>
        </w:rPr>
        <w:lastRenderedPageBreak/>
        <w:t>wyrażanie i nazywanie emocji,</w:t>
      </w:r>
    </w:p>
    <w:p w14:paraId="102EF62E" w14:textId="160FA7BA" w:rsidR="003174EA" w:rsidRPr="00724A49" w:rsidRDefault="003174EA" w:rsidP="00724A49">
      <w:pPr>
        <w:pStyle w:val="Akapitzlist"/>
        <w:numPr>
          <w:ilvl w:val="0"/>
          <w:numId w:val="46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724A49">
        <w:rPr>
          <w:rFonts w:ascii="Times New Roman" w:hAnsi="Times New Roman" w:cs="Times New Roman"/>
          <w:sz w:val="24"/>
          <w:szCs w:val="24"/>
          <w:lang w:val="pl-PL"/>
        </w:rPr>
        <w:t>radzenie sobie z emocjami poprzez rozmowę i zabawę,</w:t>
      </w:r>
    </w:p>
    <w:p w14:paraId="74A704DF" w14:textId="55F0AB80" w:rsidR="003174EA" w:rsidRPr="00724A49" w:rsidRDefault="003174EA" w:rsidP="00724A49">
      <w:pPr>
        <w:pStyle w:val="Akapitzlist"/>
        <w:numPr>
          <w:ilvl w:val="0"/>
          <w:numId w:val="46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724A49">
        <w:rPr>
          <w:rFonts w:ascii="Times New Roman" w:hAnsi="Times New Roman" w:cs="Times New Roman"/>
          <w:sz w:val="24"/>
          <w:szCs w:val="24"/>
          <w:lang w:val="pl-PL"/>
        </w:rPr>
        <w:t>szanowanie wytworów pracy innych,</w:t>
      </w:r>
    </w:p>
    <w:p w14:paraId="3C665B48" w14:textId="21EE17C8" w:rsidR="003174EA" w:rsidRPr="00724A49" w:rsidRDefault="003174EA" w:rsidP="00724A49">
      <w:pPr>
        <w:pStyle w:val="Akapitzlist"/>
        <w:numPr>
          <w:ilvl w:val="0"/>
          <w:numId w:val="46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724A49">
        <w:rPr>
          <w:rFonts w:ascii="Times New Roman" w:hAnsi="Times New Roman" w:cs="Times New Roman"/>
          <w:sz w:val="24"/>
          <w:szCs w:val="24"/>
          <w:lang w:val="pl-PL"/>
        </w:rPr>
        <w:t>zwracanie się o pomoc w trudnych sytuacjach.</w:t>
      </w:r>
    </w:p>
    <w:p w14:paraId="3DC8B206" w14:textId="77777777" w:rsidR="003174EA" w:rsidRPr="00E051B3" w:rsidRDefault="003174EA" w:rsidP="00E051B3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pl-PL"/>
        </w:rPr>
      </w:pPr>
      <w:r w:rsidRPr="00E051B3">
        <w:rPr>
          <w:rFonts w:ascii="Times New Roman" w:hAnsi="Times New Roman" w:cs="Times New Roman"/>
          <w:b/>
          <w:bCs/>
          <w:sz w:val="24"/>
          <w:szCs w:val="24"/>
          <w:lang w:val="pl-PL"/>
        </w:rPr>
        <w:t>Społeczny obszar rozwoju dziecka</w:t>
      </w:r>
    </w:p>
    <w:p w14:paraId="723CF982" w14:textId="121EC424" w:rsidR="003174EA" w:rsidRPr="00E051B3" w:rsidRDefault="003174EA" w:rsidP="00E051B3">
      <w:pPr>
        <w:spacing w:line="240" w:lineRule="auto"/>
        <w:rPr>
          <w:rFonts w:ascii="Times New Roman" w:hAnsi="Times New Roman" w:cs="Times New Roman"/>
          <w:i/>
          <w:iCs/>
          <w:sz w:val="24"/>
          <w:szCs w:val="24"/>
          <w:lang w:val="pl-PL"/>
        </w:rPr>
      </w:pPr>
      <w:r w:rsidRPr="00E051B3">
        <w:rPr>
          <w:rFonts w:ascii="Times New Roman" w:hAnsi="Times New Roman" w:cs="Times New Roman"/>
          <w:i/>
          <w:iCs/>
          <w:sz w:val="24"/>
          <w:szCs w:val="24"/>
          <w:lang w:val="pl-PL"/>
        </w:rPr>
        <w:t>Społeczna aktywność dziecka:</w:t>
      </w:r>
    </w:p>
    <w:p w14:paraId="283CDFF2" w14:textId="40CE52C5" w:rsidR="003174EA" w:rsidRPr="00724A49" w:rsidRDefault="003174EA" w:rsidP="00724A49">
      <w:pPr>
        <w:pStyle w:val="Akapitzlist"/>
        <w:numPr>
          <w:ilvl w:val="0"/>
          <w:numId w:val="46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724A49">
        <w:rPr>
          <w:rFonts w:ascii="Times New Roman" w:hAnsi="Times New Roman" w:cs="Times New Roman"/>
          <w:sz w:val="24"/>
          <w:szCs w:val="24"/>
          <w:lang w:val="pl-PL"/>
        </w:rPr>
        <w:t>podawanie swojego imienia i nazwiska,</w:t>
      </w:r>
    </w:p>
    <w:p w14:paraId="42681A29" w14:textId="21E6B64A" w:rsidR="003174EA" w:rsidRPr="00724A49" w:rsidRDefault="003174EA" w:rsidP="00724A49">
      <w:pPr>
        <w:pStyle w:val="Akapitzlist"/>
        <w:numPr>
          <w:ilvl w:val="0"/>
          <w:numId w:val="46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724A49">
        <w:rPr>
          <w:rFonts w:ascii="Times New Roman" w:hAnsi="Times New Roman" w:cs="Times New Roman"/>
          <w:sz w:val="24"/>
          <w:szCs w:val="24"/>
          <w:lang w:val="pl-PL"/>
        </w:rPr>
        <w:t>przestrzeganie ustalonych zasad obowiązujących w grupie,</w:t>
      </w:r>
    </w:p>
    <w:p w14:paraId="2EC0692B" w14:textId="67C7A05E" w:rsidR="003174EA" w:rsidRPr="00724A49" w:rsidRDefault="003174EA" w:rsidP="00724A49">
      <w:pPr>
        <w:pStyle w:val="Akapitzlist"/>
        <w:numPr>
          <w:ilvl w:val="0"/>
          <w:numId w:val="46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724A49">
        <w:rPr>
          <w:rFonts w:ascii="Times New Roman" w:hAnsi="Times New Roman" w:cs="Times New Roman"/>
          <w:sz w:val="24"/>
          <w:szCs w:val="24"/>
          <w:lang w:val="pl-PL"/>
        </w:rPr>
        <w:t>współdziałanie podczas zabaw i zajęć,</w:t>
      </w:r>
    </w:p>
    <w:p w14:paraId="268F5B08" w14:textId="231C82CF" w:rsidR="003174EA" w:rsidRPr="00724A49" w:rsidRDefault="003174EA" w:rsidP="00724A49">
      <w:pPr>
        <w:pStyle w:val="Akapitzlist"/>
        <w:numPr>
          <w:ilvl w:val="0"/>
          <w:numId w:val="46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724A49">
        <w:rPr>
          <w:rFonts w:ascii="Times New Roman" w:hAnsi="Times New Roman" w:cs="Times New Roman"/>
          <w:sz w:val="24"/>
          <w:szCs w:val="24"/>
          <w:lang w:val="pl-PL"/>
        </w:rPr>
        <w:t>odpowiadanie na pytania i formułowanie własnych,</w:t>
      </w:r>
    </w:p>
    <w:p w14:paraId="05DAAACC" w14:textId="79C5CF3E" w:rsidR="003174EA" w:rsidRPr="00724A49" w:rsidRDefault="003174EA" w:rsidP="00724A49">
      <w:pPr>
        <w:pStyle w:val="Akapitzlist"/>
        <w:numPr>
          <w:ilvl w:val="0"/>
          <w:numId w:val="46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724A49">
        <w:rPr>
          <w:rFonts w:ascii="Times New Roman" w:hAnsi="Times New Roman" w:cs="Times New Roman"/>
          <w:sz w:val="24"/>
          <w:szCs w:val="24"/>
          <w:lang w:val="pl-PL"/>
        </w:rPr>
        <w:t>prezentowanie swoich prac.</w:t>
      </w:r>
    </w:p>
    <w:p w14:paraId="30D703EA" w14:textId="77777777" w:rsidR="003174EA" w:rsidRPr="00E051B3" w:rsidRDefault="003174EA" w:rsidP="00E051B3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pl-PL"/>
        </w:rPr>
      </w:pPr>
      <w:r w:rsidRPr="00E051B3">
        <w:rPr>
          <w:rFonts w:ascii="Times New Roman" w:hAnsi="Times New Roman" w:cs="Times New Roman"/>
          <w:b/>
          <w:bCs/>
          <w:sz w:val="24"/>
          <w:szCs w:val="24"/>
          <w:lang w:val="pl-PL"/>
        </w:rPr>
        <w:t>Poznawczy obszar rozwoju dziecka</w:t>
      </w:r>
    </w:p>
    <w:p w14:paraId="6AB2FB01" w14:textId="04780FCC" w:rsidR="003174EA" w:rsidRPr="00E051B3" w:rsidRDefault="003174EA" w:rsidP="00E051B3">
      <w:pPr>
        <w:spacing w:line="240" w:lineRule="auto"/>
        <w:rPr>
          <w:rFonts w:ascii="Times New Roman" w:hAnsi="Times New Roman" w:cs="Times New Roman"/>
          <w:i/>
          <w:iCs/>
          <w:sz w:val="24"/>
          <w:szCs w:val="24"/>
          <w:lang w:val="pl-PL"/>
        </w:rPr>
      </w:pPr>
      <w:r w:rsidRPr="00E051B3">
        <w:rPr>
          <w:rFonts w:ascii="Times New Roman" w:hAnsi="Times New Roman" w:cs="Times New Roman"/>
          <w:i/>
          <w:iCs/>
          <w:sz w:val="24"/>
          <w:szCs w:val="24"/>
          <w:lang w:val="pl-PL"/>
        </w:rPr>
        <w:t>Społeczna aktywność dziecka:</w:t>
      </w:r>
    </w:p>
    <w:p w14:paraId="6F543797" w14:textId="08B771B3" w:rsidR="003174EA" w:rsidRPr="00724A49" w:rsidRDefault="003174EA" w:rsidP="00724A49">
      <w:pPr>
        <w:pStyle w:val="Akapitzlist"/>
        <w:numPr>
          <w:ilvl w:val="0"/>
          <w:numId w:val="46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724A49">
        <w:rPr>
          <w:rFonts w:ascii="Times New Roman" w:hAnsi="Times New Roman" w:cs="Times New Roman"/>
          <w:sz w:val="24"/>
          <w:szCs w:val="24"/>
          <w:lang w:val="pl-PL"/>
        </w:rPr>
        <w:t>określanie swoich zainteresowań,</w:t>
      </w:r>
    </w:p>
    <w:p w14:paraId="0CE5A115" w14:textId="12F3FDA7" w:rsidR="003174EA" w:rsidRPr="00724A49" w:rsidRDefault="003174EA" w:rsidP="00724A49">
      <w:pPr>
        <w:pStyle w:val="Akapitzlist"/>
        <w:numPr>
          <w:ilvl w:val="0"/>
          <w:numId w:val="46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724A49">
        <w:rPr>
          <w:rFonts w:ascii="Times New Roman" w:hAnsi="Times New Roman" w:cs="Times New Roman"/>
          <w:sz w:val="24"/>
          <w:szCs w:val="24"/>
          <w:lang w:val="pl-PL"/>
        </w:rPr>
        <w:t>wymienianie wybranych zawodów,</w:t>
      </w:r>
    </w:p>
    <w:p w14:paraId="6061549B" w14:textId="404BD340" w:rsidR="003174EA" w:rsidRPr="00724A49" w:rsidRDefault="003174EA" w:rsidP="00724A49">
      <w:pPr>
        <w:pStyle w:val="Akapitzlist"/>
        <w:numPr>
          <w:ilvl w:val="0"/>
          <w:numId w:val="46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724A49">
        <w:rPr>
          <w:rFonts w:ascii="Times New Roman" w:hAnsi="Times New Roman" w:cs="Times New Roman"/>
          <w:sz w:val="24"/>
          <w:szCs w:val="24"/>
          <w:lang w:val="pl-PL"/>
        </w:rPr>
        <w:t>odgrywanie ról w zabawie tematycznej,</w:t>
      </w:r>
    </w:p>
    <w:p w14:paraId="5A6A050F" w14:textId="0561DB17" w:rsidR="001A468B" w:rsidRPr="00724A49" w:rsidRDefault="003174EA" w:rsidP="00724A49">
      <w:pPr>
        <w:pStyle w:val="Akapitzlist"/>
        <w:numPr>
          <w:ilvl w:val="0"/>
          <w:numId w:val="46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724A49">
        <w:rPr>
          <w:rFonts w:ascii="Times New Roman" w:hAnsi="Times New Roman" w:cs="Times New Roman"/>
          <w:sz w:val="24"/>
          <w:szCs w:val="24"/>
          <w:lang w:val="pl-PL"/>
        </w:rPr>
        <w:t>obserwowanie otoczenia podczas spacerów.</w:t>
      </w:r>
    </w:p>
    <w:p w14:paraId="4DBFA45C" w14:textId="2C58C128" w:rsidR="003174EA" w:rsidRPr="00E051B3" w:rsidRDefault="003174EA" w:rsidP="00E051B3">
      <w:pPr>
        <w:spacing w:line="240" w:lineRule="auto"/>
        <w:rPr>
          <w:rFonts w:ascii="Times New Roman" w:hAnsi="Times New Roman" w:cs="Times New Roman"/>
          <w:i/>
          <w:iCs/>
          <w:sz w:val="24"/>
          <w:szCs w:val="24"/>
          <w:lang w:val="pl-PL"/>
        </w:rPr>
      </w:pPr>
      <w:r w:rsidRPr="00E051B3">
        <w:rPr>
          <w:rFonts w:ascii="Times New Roman" w:hAnsi="Times New Roman" w:cs="Times New Roman"/>
          <w:i/>
          <w:iCs/>
          <w:sz w:val="24"/>
          <w:szCs w:val="24"/>
          <w:lang w:val="pl-PL"/>
        </w:rPr>
        <w:t>Językowa aktywność dziecka:</w:t>
      </w:r>
    </w:p>
    <w:p w14:paraId="4C1145DF" w14:textId="03655A90" w:rsidR="003174EA" w:rsidRPr="00724A49" w:rsidRDefault="003174EA" w:rsidP="00724A49">
      <w:pPr>
        <w:pStyle w:val="Akapitzlist"/>
        <w:numPr>
          <w:ilvl w:val="0"/>
          <w:numId w:val="46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724A49">
        <w:rPr>
          <w:rFonts w:ascii="Times New Roman" w:hAnsi="Times New Roman" w:cs="Times New Roman"/>
          <w:sz w:val="24"/>
          <w:szCs w:val="24"/>
          <w:lang w:val="pl-PL"/>
        </w:rPr>
        <w:t>słuchanie dźwięków dochodzących z otoczenia i ich naśladowanie,</w:t>
      </w:r>
    </w:p>
    <w:p w14:paraId="4DB25DCB" w14:textId="7BBB2667" w:rsidR="003174EA" w:rsidRPr="00724A49" w:rsidRDefault="003174EA" w:rsidP="00724A49">
      <w:pPr>
        <w:pStyle w:val="Akapitzlist"/>
        <w:numPr>
          <w:ilvl w:val="0"/>
          <w:numId w:val="46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724A49">
        <w:rPr>
          <w:rFonts w:ascii="Times New Roman" w:hAnsi="Times New Roman" w:cs="Times New Roman"/>
          <w:sz w:val="24"/>
          <w:szCs w:val="24"/>
          <w:lang w:val="pl-PL"/>
        </w:rPr>
        <w:t>wypowiadanie się na temat ilustracji i wysłuchanych tekstów,</w:t>
      </w:r>
    </w:p>
    <w:p w14:paraId="4EC51028" w14:textId="4C990562" w:rsidR="003174EA" w:rsidRPr="00724A49" w:rsidRDefault="003174EA" w:rsidP="00724A49">
      <w:pPr>
        <w:pStyle w:val="Akapitzlist"/>
        <w:numPr>
          <w:ilvl w:val="0"/>
          <w:numId w:val="46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724A49">
        <w:rPr>
          <w:rFonts w:ascii="Times New Roman" w:hAnsi="Times New Roman" w:cs="Times New Roman"/>
          <w:sz w:val="24"/>
          <w:szCs w:val="24"/>
          <w:lang w:val="pl-PL"/>
        </w:rPr>
        <w:t>powtarzanie rymowanek i wierszy,</w:t>
      </w:r>
    </w:p>
    <w:p w14:paraId="7909BF72" w14:textId="7B3EEB51" w:rsidR="003174EA" w:rsidRPr="00724A49" w:rsidRDefault="003174EA" w:rsidP="00724A49">
      <w:pPr>
        <w:pStyle w:val="Akapitzlist"/>
        <w:numPr>
          <w:ilvl w:val="0"/>
          <w:numId w:val="46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724A49">
        <w:rPr>
          <w:rFonts w:ascii="Times New Roman" w:hAnsi="Times New Roman" w:cs="Times New Roman"/>
          <w:sz w:val="24"/>
          <w:szCs w:val="24"/>
          <w:lang w:val="pl-PL"/>
        </w:rPr>
        <w:t>dzielenie wyrazów na sylaby,</w:t>
      </w:r>
    </w:p>
    <w:p w14:paraId="265048F1" w14:textId="003AC002" w:rsidR="003174EA" w:rsidRPr="00724A49" w:rsidRDefault="003174EA" w:rsidP="00724A49">
      <w:pPr>
        <w:pStyle w:val="Akapitzlist"/>
        <w:numPr>
          <w:ilvl w:val="0"/>
          <w:numId w:val="46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724A49">
        <w:rPr>
          <w:rFonts w:ascii="Times New Roman" w:hAnsi="Times New Roman" w:cs="Times New Roman"/>
          <w:sz w:val="24"/>
          <w:szCs w:val="24"/>
          <w:lang w:val="pl-PL"/>
        </w:rPr>
        <w:t>układanie prostych zdań.</w:t>
      </w:r>
    </w:p>
    <w:p w14:paraId="710AFBA5" w14:textId="77777777" w:rsidR="003174EA" w:rsidRPr="00E051B3" w:rsidRDefault="003174EA" w:rsidP="00E051B3">
      <w:pPr>
        <w:spacing w:line="240" w:lineRule="auto"/>
        <w:rPr>
          <w:rFonts w:ascii="Times New Roman" w:hAnsi="Times New Roman" w:cs="Times New Roman"/>
          <w:i/>
          <w:iCs/>
          <w:sz w:val="24"/>
          <w:szCs w:val="24"/>
          <w:lang w:val="pl-PL"/>
        </w:rPr>
      </w:pPr>
      <w:r w:rsidRPr="00E051B3">
        <w:rPr>
          <w:rFonts w:ascii="Times New Roman" w:hAnsi="Times New Roman" w:cs="Times New Roman"/>
          <w:i/>
          <w:iCs/>
          <w:sz w:val="24"/>
          <w:szCs w:val="24"/>
          <w:lang w:val="pl-PL"/>
        </w:rPr>
        <w:t>Aktywność poznawcza:</w:t>
      </w:r>
    </w:p>
    <w:p w14:paraId="3425B89E" w14:textId="75E01604" w:rsidR="003174EA" w:rsidRPr="00724A49" w:rsidRDefault="003174EA" w:rsidP="00724A49">
      <w:pPr>
        <w:pStyle w:val="Akapitzlist"/>
        <w:numPr>
          <w:ilvl w:val="0"/>
          <w:numId w:val="46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724A49">
        <w:rPr>
          <w:rFonts w:ascii="Times New Roman" w:hAnsi="Times New Roman" w:cs="Times New Roman"/>
          <w:sz w:val="24"/>
          <w:szCs w:val="24"/>
          <w:lang w:val="pl-PL"/>
        </w:rPr>
        <w:t>rozpoznawanie przedmiotów i zjawisk za pomocą zmysłów,</w:t>
      </w:r>
    </w:p>
    <w:p w14:paraId="262867B5" w14:textId="59929954" w:rsidR="003174EA" w:rsidRPr="00724A49" w:rsidRDefault="003174EA" w:rsidP="00724A49">
      <w:pPr>
        <w:pStyle w:val="Akapitzlist"/>
        <w:numPr>
          <w:ilvl w:val="0"/>
          <w:numId w:val="46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724A49">
        <w:rPr>
          <w:rFonts w:ascii="Times New Roman" w:hAnsi="Times New Roman" w:cs="Times New Roman"/>
          <w:sz w:val="24"/>
          <w:szCs w:val="24"/>
          <w:lang w:val="pl-PL"/>
        </w:rPr>
        <w:t>liczenie przedmiotów i wskazywanie ostatniego liczebnika,</w:t>
      </w:r>
    </w:p>
    <w:p w14:paraId="771F4A37" w14:textId="22575217" w:rsidR="003174EA" w:rsidRPr="00724A49" w:rsidRDefault="003174EA" w:rsidP="00724A49">
      <w:pPr>
        <w:pStyle w:val="Akapitzlist"/>
        <w:numPr>
          <w:ilvl w:val="0"/>
          <w:numId w:val="46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724A49">
        <w:rPr>
          <w:rFonts w:ascii="Times New Roman" w:hAnsi="Times New Roman" w:cs="Times New Roman"/>
          <w:sz w:val="24"/>
          <w:szCs w:val="24"/>
          <w:lang w:val="pl-PL"/>
        </w:rPr>
        <w:t>klasyfikowanie przedmiotów według podanej cechy,</w:t>
      </w:r>
    </w:p>
    <w:p w14:paraId="066F1A6B" w14:textId="25C3D05F" w:rsidR="003174EA" w:rsidRPr="00724A49" w:rsidRDefault="003174EA" w:rsidP="00724A49">
      <w:pPr>
        <w:pStyle w:val="Akapitzlist"/>
        <w:numPr>
          <w:ilvl w:val="0"/>
          <w:numId w:val="46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724A49">
        <w:rPr>
          <w:rFonts w:ascii="Times New Roman" w:hAnsi="Times New Roman" w:cs="Times New Roman"/>
          <w:sz w:val="24"/>
          <w:szCs w:val="24"/>
          <w:lang w:val="pl-PL"/>
        </w:rPr>
        <w:t>uczestniczenie w zabawach rozwijających myślenie przyczynowo-skutkowe,</w:t>
      </w:r>
    </w:p>
    <w:p w14:paraId="30C06AF0" w14:textId="7174CCB0" w:rsidR="003174EA" w:rsidRPr="00724A49" w:rsidRDefault="003174EA" w:rsidP="00724A49">
      <w:pPr>
        <w:pStyle w:val="Akapitzlist"/>
        <w:numPr>
          <w:ilvl w:val="0"/>
          <w:numId w:val="46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724A49">
        <w:rPr>
          <w:rFonts w:ascii="Times New Roman" w:hAnsi="Times New Roman" w:cs="Times New Roman"/>
          <w:sz w:val="24"/>
          <w:szCs w:val="24"/>
          <w:lang w:val="pl-PL"/>
        </w:rPr>
        <w:t>rozwijanie koncentracji uwagi poprzez zabawy badawcze i konstrukcyjne.</w:t>
      </w:r>
    </w:p>
    <w:p w14:paraId="6581FF69" w14:textId="3D14C293" w:rsidR="007A4616" w:rsidRPr="00E051B3" w:rsidRDefault="003174EA" w:rsidP="00E051B3">
      <w:p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E051B3">
        <w:rPr>
          <w:rFonts w:ascii="Times New Roman" w:hAnsi="Times New Roman" w:cs="Times New Roman"/>
          <w:sz w:val="24"/>
          <w:szCs w:val="24"/>
          <w:lang w:val="pl-PL"/>
        </w:rPr>
        <w:t>Program wychowania przedszkolnego, Grupa MAC S.A. 2020</w:t>
      </w:r>
      <w:r w:rsidR="00A627FA" w:rsidRPr="00E051B3">
        <w:rPr>
          <w:rFonts w:ascii="Times New Roman" w:hAnsi="Times New Roman" w:cs="Times New Roman"/>
          <w:sz w:val="24"/>
          <w:szCs w:val="24"/>
          <w:lang w:val="pl-PL"/>
        </w:rPr>
        <w:t>,</w:t>
      </w:r>
      <w:r w:rsidRPr="00E051B3">
        <w:rPr>
          <w:rFonts w:ascii="Times New Roman" w:hAnsi="Times New Roman" w:cs="Times New Roman"/>
          <w:sz w:val="24"/>
          <w:szCs w:val="24"/>
          <w:lang w:val="pl-PL"/>
        </w:rPr>
        <w:t>(s. 41–45, 46–48, 50, 52–54, 56–62, 65–69, 70–73, 78–79)</w:t>
      </w:r>
      <w:r w:rsidR="00E051B3" w:rsidRPr="00E051B3">
        <w:rPr>
          <w:rFonts w:ascii="Times New Roman" w:hAnsi="Times New Roman" w:cs="Times New Roman"/>
          <w:sz w:val="24"/>
          <w:szCs w:val="24"/>
          <w:lang w:val="pl-PL"/>
        </w:rPr>
        <w:t>.</w:t>
      </w:r>
    </w:p>
    <w:p w14:paraId="28F93EDB" w14:textId="77777777" w:rsidR="00E051B3" w:rsidRPr="00E051B3" w:rsidRDefault="00E051B3" w:rsidP="00E051B3">
      <w:p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</w:p>
    <w:p w14:paraId="64B130FD" w14:textId="77777777" w:rsidR="00DD15C1" w:rsidRPr="00E051B3" w:rsidRDefault="00000000" w:rsidP="00E051B3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pl-PL"/>
        </w:rPr>
      </w:pPr>
      <w:r w:rsidRPr="00E051B3">
        <w:rPr>
          <w:rFonts w:ascii="Times New Roman" w:hAnsi="Times New Roman" w:cs="Times New Roman"/>
          <w:b/>
          <w:bCs/>
          <w:sz w:val="24"/>
          <w:szCs w:val="24"/>
          <w:lang w:val="pl-PL"/>
        </w:rPr>
        <w:t>TYDZIEŃ II</w:t>
      </w:r>
    </w:p>
    <w:p w14:paraId="1422328D" w14:textId="7C99C532" w:rsidR="00C44DA0" w:rsidRPr="00E051B3" w:rsidRDefault="00C44DA0" w:rsidP="00E051B3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pl-PL"/>
        </w:rPr>
      </w:pPr>
      <w:r w:rsidRPr="00E051B3">
        <w:rPr>
          <w:rFonts w:ascii="Times New Roman" w:hAnsi="Times New Roman" w:cs="Times New Roman"/>
          <w:b/>
          <w:bCs/>
          <w:sz w:val="24"/>
          <w:szCs w:val="24"/>
          <w:lang w:val="pl-PL"/>
        </w:rPr>
        <w:t xml:space="preserve">Temat tygodnia: </w:t>
      </w:r>
      <w:r w:rsidR="00E051B3" w:rsidRPr="00E051B3">
        <w:rPr>
          <w:rFonts w:ascii="Times New Roman" w:hAnsi="Times New Roman" w:cs="Times New Roman"/>
          <w:sz w:val="24"/>
          <w:szCs w:val="24"/>
          <w:lang w:val="pl-PL"/>
        </w:rPr>
        <w:t>Nasze autorytety</w:t>
      </w:r>
    </w:p>
    <w:p w14:paraId="461BDCA8" w14:textId="052C533E" w:rsidR="00E051B3" w:rsidRPr="00E051B3" w:rsidRDefault="00E051B3" w:rsidP="00E051B3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pl-PL"/>
        </w:rPr>
      </w:pPr>
      <w:r w:rsidRPr="00E051B3">
        <w:rPr>
          <w:rFonts w:ascii="Times New Roman" w:hAnsi="Times New Roman" w:cs="Times New Roman"/>
          <w:b/>
          <w:bCs/>
          <w:sz w:val="24"/>
          <w:szCs w:val="24"/>
          <w:lang w:val="pl-PL"/>
        </w:rPr>
        <w:t>Treści programowe</w:t>
      </w:r>
    </w:p>
    <w:p w14:paraId="35ECE768" w14:textId="77777777" w:rsidR="00E051B3" w:rsidRPr="00E051B3" w:rsidRDefault="00E051B3" w:rsidP="00E051B3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pl-PL"/>
        </w:rPr>
      </w:pPr>
      <w:r w:rsidRPr="00E051B3">
        <w:rPr>
          <w:rFonts w:ascii="Times New Roman" w:hAnsi="Times New Roman" w:cs="Times New Roman"/>
          <w:b/>
          <w:bCs/>
          <w:sz w:val="24"/>
          <w:szCs w:val="24"/>
          <w:lang w:val="pl-PL"/>
        </w:rPr>
        <w:lastRenderedPageBreak/>
        <w:t>Fizyczny obszar rozwoju dziecka</w:t>
      </w:r>
    </w:p>
    <w:p w14:paraId="437997B1" w14:textId="3716EB4A" w:rsidR="00E051B3" w:rsidRPr="00E051B3" w:rsidRDefault="00E051B3" w:rsidP="00E051B3">
      <w:pPr>
        <w:spacing w:line="240" w:lineRule="auto"/>
        <w:rPr>
          <w:rFonts w:ascii="Times New Roman" w:hAnsi="Times New Roman" w:cs="Times New Roman"/>
          <w:i/>
          <w:iCs/>
          <w:sz w:val="24"/>
          <w:szCs w:val="24"/>
          <w:lang w:val="pl-PL"/>
        </w:rPr>
      </w:pPr>
      <w:r w:rsidRPr="00E051B3">
        <w:rPr>
          <w:rFonts w:ascii="Times New Roman" w:hAnsi="Times New Roman" w:cs="Times New Roman"/>
          <w:i/>
          <w:iCs/>
          <w:sz w:val="24"/>
          <w:szCs w:val="24"/>
          <w:lang w:val="pl-PL"/>
        </w:rPr>
        <w:t>Społeczna aktywność dziecka:</w:t>
      </w:r>
    </w:p>
    <w:p w14:paraId="2ABD42EF" w14:textId="17D009A1" w:rsidR="00E051B3" w:rsidRPr="00724A49" w:rsidRDefault="00E051B3" w:rsidP="00724A49">
      <w:pPr>
        <w:pStyle w:val="Akapitzlist"/>
        <w:numPr>
          <w:ilvl w:val="0"/>
          <w:numId w:val="46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724A49">
        <w:rPr>
          <w:rFonts w:ascii="Times New Roman" w:hAnsi="Times New Roman" w:cs="Times New Roman"/>
          <w:sz w:val="24"/>
          <w:szCs w:val="24"/>
          <w:lang w:val="pl-PL"/>
        </w:rPr>
        <w:t>korzystanie z własnych zmysłów podczas poznawania otoczenia,</w:t>
      </w:r>
    </w:p>
    <w:p w14:paraId="39BD984D" w14:textId="26814288" w:rsidR="00E051B3" w:rsidRPr="00724A49" w:rsidRDefault="00E051B3" w:rsidP="00724A49">
      <w:pPr>
        <w:pStyle w:val="Akapitzlist"/>
        <w:numPr>
          <w:ilvl w:val="0"/>
          <w:numId w:val="46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724A49">
        <w:rPr>
          <w:rFonts w:ascii="Times New Roman" w:hAnsi="Times New Roman" w:cs="Times New Roman"/>
          <w:sz w:val="24"/>
          <w:szCs w:val="24"/>
          <w:lang w:val="pl-PL"/>
        </w:rPr>
        <w:t>samodzielne korzystanie z toalety,</w:t>
      </w:r>
    </w:p>
    <w:p w14:paraId="398894C5" w14:textId="5C16AD5A" w:rsidR="00E051B3" w:rsidRPr="00724A49" w:rsidRDefault="00E051B3" w:rsidP="00724A49">
      <w:pPr>
        <w:pStyle w:val="Akapitzlist"/>
        <w:numPr>
          <w:ilvl w:val="0"/>
          <w:numId w:val="46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724A49">
        <w:rPr>
          <w:rFonts w:ascii="Times New Roman" w:hAnsi="Times New Roman" w:cs="Times New Roman"/>
          <w:sz w:val="24"/>
          <w:szCs w:val="24"/>
          <w:lang w:val="pl-PL"/>
        </w:rPr>
        <w:t>udział w porządkowaniu sali po zabawie,</w:t>
      </w:r>
    </w:p>
    <w:p w14:paraId="47C01864" w14:textId="199D200D" w:rsidR="00E051B3" w:rsidRPr="00724A49" w:rsidRDefault="00E051B3" w:rsidP="00724A49">
      <w:pPr>
        <w:pStyle w:val="Akapitzlist"/>
        <w:numPr>
          <w:ilvl w:val="0"/>
          <w:numId w:val="46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724A49">
        <w:rPr>
          <w:rFonts w:ascii="Times New Roman" w:hAnsi="Times New Roman" w:cs="Times New Roman"/>
          <w:sz w:val="24"/>
          <w:szCs w:val="24"/>
          <w:lang w:val="pl-PL"/>
        </w:rPr>
        <w:t>dbanie o kulturę spożywania posiłków,</w:t>
      </w:r>
    </w:p>
    <w:p w14:paraId="25FD539B" w14:textId="2ED7ECB6" w:rsidR="00E051B3" w:rsidRPr="00724A49" w:rsidRDefault="00E051B3" w:rsidP="00724A49">
      <w:pPr>
        <w:pStyle w:val="Akapitzlist"/>
        <w:numPr>
          <w:ilvl w:val="0"/>
          <w:numId w:val="46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724A49">
        <w:rPr>
          <w:rFonts w:ascii="Times New Roman" w:hAnsi="Times New Roman" w:cs="Times New Roman"/>
          <w:sz w:val="24"/>
          <w:szCs w:val="24"/>
          <w:lang w:val="pl-PL"/>
        </w:rPr>
        <w:t>samodzielne ubieranie się i dbanie o swoją garderobę.</w:t>
      </w:r>
    </w:p>
    <w:p w14:paraId="1514635D" w14:textId="1E5DDE3B" w:rsidR="00E051B3" w:rsidRPr="00724A49" w:rsidRDefault="00E051B3" w:rsidP="00724A49">
      <w:pPr>
        <w:pStyle w:val="Akapitzlist"/>
        <w:numPr>
          <w:ilvl w:val="0"/>
          <w:numId w:val="55"/>
        </w:numPr>
        <w:spacing w:line="240" w:lineRule="auto"/>
        <w:rPr>
          <w:rFonts w:ascii="Times New Roman" w:hAnsi="Times New Roman" w:cs="Times New Roman"/>
          <w:i/>
          <w:iCs/>
          <w:sz w:val="24"/>
          <w:szCs w:val="24"/>
          <w:lang w:val="pl-PL"/>
        </w:rPr>
      </w:pPr>
      <w:r w:rsidRPr="00724A49">
        <w:rPr>
          <w:rFonts w:ascii="Times New Roman" w:hAnsi="Times New Roman" w:cs="Times New Roman"/>
          <w:i/>
          <w:iCs/>
          <w:sz w:val="24"/>
          <w:szCs w:val="24"/>
          <w:lang w:val="pl-PL"/>
        </w:rPr>
        <w:t>Językowa aktywność dziecka:</w:t>
      </w:r>
    </w:p>
    <w:p w14:paraId="4A34B10B" w14:textId="3E4B59AF" w:rsidR="00E051B3" w:rsidRPr="00724A49" w:rsidRDefault="00E051B3" w:rsidP="00724A49">
      <w:pPr>
        <w:pStyle w:val="Akapitzlist"/>
        <w:numPr>
          <w:ilvl w:val="0"/>
          <w:numId w:val="55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724A49">
        <w:rPr>
          <w:rFonts w:ascii="Times New Roman" w:hAnsi="Times New Roman" w:cs="Times New Roman"/>
          <w:sz w:val="24"/>
          <w:szCs w:val="24"/>
          <w:lang w:val="pl-PL"/>
        </w:rPr>
        <w:t>rozwijanie sprawności ruchowej i koordynacji wzrokowo–ruchowej,</w:t>
      </w:r>
    </w:p>
    <w:p w14:paraId="6278BDB3" w14:textId="5C14118A" w:rsidR="00E051B3" w:rsidRPr="00724A49" w:rsidRDefault="00E051B3" w:rsidP="00724A49">
      <w:pPr>
        <w:pStyle w:val="Akapitzlist"/>
        <w:numPr>
          <w:ilvl w:val="0"/>
          <w:numId w:val="55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724A49">
        <w:rPr>
          <w:rFonts w:ascii="Times New Roman" w:hAnsi="Times New Roman" w:cs="Times New Roman"/>
          <w:sz w:val="24"/>
          <w:szCs w:val="24"/>
          <w:lang w:val="pl-PL"/>
        </w:rPr>
        <w:t>rozwijanie sprawności manualnej (lepienie, wycinanie, wydzieranie, rysowanie według wzoru),</w:t>
      </w:r>
    </w:p>
    <w:p w14:paraId="5401D0FB" w14:textId="12D46324" w:rsidR="00E051B3" w:rsidRPr="00724A49" w:rsidRDefault="00E051B3" w:rsidP="00E051B3">
      <w:pPr>
        <w:pStyle w:val="Akapitzlist"/>
        <w:numPr>
          <w:ilvl w:val="0"/>
          <w:numId w:val="55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724A49">
        <w:rPr>
          <w:rFonts w:ascii="Times New Roman" w:hAnsi="Times New Roman" w:cs="Times New Roman"/>
          <w:sz w:val="24"/>
          <w:szCs w:val="24"/>
          <w:lang w:val="pl-PL"/>
        </w:rPr>
        <w:t>wykonywanie ćwiczeń ruchowych z różnym napięciem mięśniowym.</w:t>
      </w:r>
    </w:p>
    <w:p w14:paraId="7A33B2DE" w14:textId="32BE1F2E" w:rsidR="00E051B3" w:rsidRPr="00E051B3" w:rsidRDefault="00E051B3" w:rsidP="00E051B3">
      <w:pPr>
        <w:spacing w:line="240" w:lineRule="auto"/>
        <w:rPr>
          <w:rFonts w:ascii="Times New Roman" w:hAnsi="Times New Roman" w:cs="Times New Roman"/>
          <w:i/>
          <w:iCs/>
          <w:sz w:val="24"/>
          <w:szCs w:val="24"/>
          <w:lang w:val="pl-PL"/>
        </w:rPr>
      </w:pPr>
      <w:r w:rsidRPr="00E051B3">
        <w:rPr>
          <w:rFonts w:ascii="Times New Roman" w:hAnsi="Times New Roman" w:cs="Times New Roman"/>
          <w:i/>
          <w:iCs/>
          <w:sz w:val="24"/>
          <w:szCs w:val="24"/>
          <w:lang w:val="pl-PL"/>
        </w:rPr>
        <w:t>Artystyczna aktywność dziecka:</w:t>
      </w:r>
    </w:p>
    <w:p w14:paraId="2C61F406" w14:textId="49BBAD27" w:rsidR="00E051B3" w:rsidRPr="00724A49" w:rsidRDefault="00E051B3" w:rsidP="00724A49">
      <w:pPr>
        <w:pStyle w:val="Akapitzlist"/>
        <w:numPr>
          <w:ilvl w:val="0"/>
          <w:numId w:val="4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724A49">
        <w:rPr>
          <w:rFonts w:ascii="Times New Roman" w:hAnsi="Times New Roman" w:cs="Times New Roman"/>
          <w:sz w:val="24"/>
          <w:szCs w:val="24"/>
          <w:lang w:val="pl-PL"/>
        </w:rPr>
        <w:t>uczestniczenie w zabawach rytmicznych i ruchowych,</w:t>
      </w:r>
    </w:p>
    <w:p w14:paraId="44DB49F2" w14:textId="6CB3B7A7" w:rsidR="00E051B3" w:rsidRPr="00724A49" w:rsidRDefault="00E051B3" w:rsidP="00724A49">
      <w:pPr>
        <w:pStyle w:val="Akapitzlist"/>
        <w:numPr>
          <w:ilvl w:val="0"/>
          <w:numId w:val="4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724A49">
        <w:rPr>
          <w:rFonts w:ascii="Times New Roman" w:hAnsi="Times New Roman" w:cs="Times New Roman"/>
          <w:sz w:val="24"/>
          <w:szCs w:val="24"/>
          <w:lang w:val="pl-PL"/>
        </w:rPr>
        <w:t>reagowanie na zmiany tempa i dynamiki utworu,</w:t>
      </w:r>
    </w:p>
    <w:p w14:paraId="2BB0927F" w14:textId="60A6F3B5" w:rsidR="00E051B3" w:rsidRPr="00724A49" w:rsidRDefault="00E051B3" w:rsidP="00724A49">
      <w:pPr>
        <w:pStyle w:val="Akapitzlist"/>
        <w:numPr>
          <w:ilvl w:val="0"/>
          <w:numId w:val="4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724A49">
        <w:rPr>
          <w:rFonts w:ascii="Times New Roman" w:hAnsi="Times New Roman" w:cs="Times New Roman"/>
          <w:sz w:val="24"/>
          <w:szCs w:val="24"/>
          <w:lang w:val="pl-PL"/>
        </w:rPr>
        <w:t>rytmiczne poruszanie się przy muzyce,</w:t>
      </w:r>
    </w:p>
    <w:p w14:paraId="44FC1123" w14:textId="11F556E9" w:rsidR="00E051B3" w:rsidRPr="00724A49" w:rsidRDefault="00E051B3" w:rsidP="00724A49">
      <w:pPr>
        <w:pStyle w:val="Akapitzlist"/>
        <w:numPr>
          <w:ilvl w:val="0"/>
          <w:numId w:val="4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724A49">
        <w:rPr>
          <w:rFonts w:ascii="Times New Roman" w:hAnsi="Times New Roman" w:cs="Times New Roman"/>
          <w:sz w:val="24"/>
          <w:szCs w:val="24"/>
          <w:lang w:val="pl-PL"/>
        </w:rPr>
        <w:t>uczestniczenie w zabawach konstrukcyjnych i technicznych.</w:t>
      </w:r>
    </w:p>
    <w:p w14:paraId="0F4E4632" w14:textId="5B567C0C" w:rsidR="00E051B3" w:rsidRPr="00E051B3" w:rsidRDefault="00E051B3" w:rsidP="00E051B3">
      <w:pPr>
        <w:spacing w:line="240" w:lineRule="auto"/>
        <w:rPr>
          <w:rFonts w:ascii="Times New Roman" w:hAnsi="Times New Roman" w:cs="Times New Roman"/>
          <w:i/>
          <w:iCs/>
          <w:sz w:val="24"/>
          <w:szCs w:val="24"/>
          <w:lang w:val="pl-PL"/>
        </w:rPr>
      </w:pPr>
      <w:r w:rsidRPr="00E051B3">
        <w:rPr>
          <w:rFonts w:ascii="Times New Roman" w:hAnsi="Times New Roman" w:cs="Times New Roman"/>
          <w:i/>
          <w:iCs/>
          <w:sz w:val="24"/>
          <w:szCs w:val="24"/>
          <w:lang w:val="pl-PL"/>
        </w:rPr>
        <w:t>Ruchowa i zdrowotna aktywność dziecka:</w:t>
      </w:r>
    </w:p>
    <w:p w14:paraId="48E7A6FC" w14:textId="632DCAB8" w:rsidR="00E051B3" w:rsidRPr="00724A49" w:rsidRDefault="00E051B3" w:rsidP="00724A49">
      <w:pPr>
        <w:pStyle w:val="Akapitzlist"/>
        <w:numPr>
          <w:ilvl w:val="0"/>
          <w:numId w:val="42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724A49">
        <w:rPr>
          <w:rFonts w:ascii="Times New Roman" w:hAnsi="Times New Roman" w:cs="Times New Roman"/>
          <w:sz w:val="24"/>
          <w:szCs w:val="24"/>
          <w:lang w:val="pl-PL"/>
        </w:rPr>
        <w:t>uczestniczenie w zabawach ruchowych (bieżnych, skocznych, rzutnych, równoważnych),</w:t>
      </w:r>
    </w:p>
    <w:p w14:paraId="79FDDB93" w14:textId="123E291B" w:rsidR="00E051B3" w:rsidRPr="00724A49" w:rsidRDefault="00E051B3" w:rsidP="00724A49">
      <w:pPr>
        <w:pStyle w:val="Akapitzlist"/>
        <w:numPr>
          <w:ilvl w:val="0"/>
          <w:numId w:val="42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724A49">
        <w:rPr>
          <w:rFonts w:ascii="Times New Roman" w:hAnsi="Times New Roman" w:cs="Times New Roman"/>
          <w:sz w:val="24"/>
          <w:szCs w:val="24"/>
          <w:lang w:val="pl-PL"/>
        </w:rPr>
        <w:t>przebywanie na świeżym powietrzu,</w:t>
      </w:r>
    </w:p>
    <w:p w14:paraId="1ADD81ED" w14:textId="07B39E47" w:rsidR="00E051B3" w:rsidRPr="00724A49" w:rsidRDefault="00E051B3" w:rsidP="00724A49">
      <w:pPr>
        <w:pStyle w:val="Akapitzlist"/>
        <w:numPr>
          <w:ilvl w:val="0"/>
          <w:numId w:val="42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724A49">
        <w:rPr>
          <w:rFonts w:ascii="Times New Roman" w:hAnsi="Times New Roman" w:cs="Times New Roman"/>
          <w:sz w:val="24"/>
          <w:szCs w:val="24"/>
          <w:lang w:val="pl-PL"/>
        </w:rPr>
        <w:t>dbanie o higienę osobistą,</w:t>
      </w:r>
    </w:p>
    <w:p w14:paraId="3ECE2DC0" w14:textId="0571164E" w:rsidR="00E051B3" w:rsidRPr="00724A49" w:rsidRDefault="00E051B3" w:rsidP="00724A49">
      <w:pPr>
        <w:pStyle w:val="Akapitzlist"/>
        <w:numPr>
          <w:ilvl w:val="0"/>
          <w:numId w:val="42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724A49">
        <w:rPr>
          <w:rFonts w:ascii="Times New Roman" w:hAnsi="Times New Roman" w:cs="Times New Roman"/>
          <w:sz w:val="24"/>
          <w:szCs w:val="24"/>
          <w:lang w:val="pl-PL"/>
        </w:rPr>
        <w:t>przestrzeganie zasad bezpieczeństwa podczas zabaw,</w:t>
      </w:r>
    </w:p>
    <w:p w14:paraId="06BDF1A0" w14:textId="5183D8F5" w:rsidR="00E051B3" w:rsidRPr="00724A49" w:rsidRDefault="00E051B3" w:rsidP="00724A49">
      <w:pPr>
        <w:pStyle w:val="Akapitzlist"/>
        <w:numPr>
          <w:ilvl w:val="0"/>
          <w:numId w:val="42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724A49">
        <w:rPr>
          <w:rFonts w:ascii="Times New Roman" w:hAnsi="Times New Roman" w:cs="Times New Roman"/>
          <w:sz w:val="24"/>
          <w:szCs w:val="24"/>
          <w:lang w:val="pl-PL"/>
        </w:rPr>
        <w:t>sygnalizowanie złego samopoczucia,</w:t>
      </w:r>
    </w:p>
    <w:p w14:paraId="3D98BE9A" w14:textId="58C6457A" w:rsidR="00E051B3" w:rsidRPr="00724A49" w:rsidRDefault="00E051B3" w:rsidP="00724A49">
      <w:pPr>
        <w:pStyle w:val="Akapitzlist"/>
        <w:numPr>
          <w:ilvl w:val="0"/>
          <w:numId w:val="42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724A49">
        <w:rPr>
          <w:rFonts w:ascii="Times New Roman" w:hAnsi="Times New Roman" w:cs="Times New Roman"/>
          <w:sz w:val="24"/>
          <w:szCs w:val="24"/>
          <w:lang w:val="pl-PL"/>
        </w:rPr>
        <w:t>bezpieczne korzystanie ze sprzętu sportowego i nożyczek.</w:t>
      </w:r>
    </w:p>
    <w:p w14:paraId="27D4EBB2" w14:textId="77777777" w:rsidR="00E051B3" w:rsidRPr="00E051B3" w:rsidRDefault="00E051B3" w:rsidP="00E051B3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pl-PL"/>
        </w:rPr>
      </w:pPr>
      <w:r w:rsidRPr="00E051B3">
        <w:rPr>
          <w:rFonts w:ascii="Times New Roman" w:hAnsi="Times New Roman" w:cs="Times New Roman"/>
          <w:b/>
          <w:bCs/>
          <w:sz w:val="24"/>
          <w:szCs w:val="24"/>
          <w:lang w:val="pl-PL"/>
        </w:rPr>
        <w:t>Emocjonalny obszar rozwoju dziecka</w:t>
      </w:r>
    </w:p>
    <w:p w14:paraId="1E45AE80" w14:textId="0DAFF2F6" w:rsidR="00E051B3" w:rsidRPr="00E051B3" w:rsidRDefault="00E051B3" w:rsidP="00E051B3">
      <w:pPr>
        <w:spacing w:line="240" w:lineRule="auto"/>
        <w:rPr>
          <w:rFonts w:ascii="Times New Roman" w:hAnsi="Times New Roman" w:cs="Times New Roman"/>
          <w:i/>
          <w:iCs/>
          <w:sz w:val="24"/>
          <w:szCs w:val="24"/>
          <w:lang w:val="pl-PL"/>
        </w:rPr>
      </w:pPr>
      <w:r w:rsidRPr="00E051B3">
        <w:rPr>
          <w:rFonts w:ascii="Times New Roman" w:hAnsi="Times New Roman" w:cs="Times New Roman"/>
          <w:i/>
          <w:iCs/>
          <w:sz w:val="24"/>
          <w:szCs w:val="24"/>
          <w:lang w:val="pl-PL"/>
        </w:rPr>
        <w:t>Społeczna aktywność dziecka:</w:t>
      </w:r>
    </w:p>
    <w:p w14:paraId="724430A0" w14:textId="692C70AF" w:rsidR="00E051B3" w:rsidRPr="00724A49" w:rsidRDefault="00E051B3" w:rsidP="00724A49">
      <w:pPr>
        <w:pStyle w:val="Akapitzlist"/>
        <w:numPr>
          <w:ilvl w:val="0"/>
          <w:numId w:val="40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724A49">
        <w:rPr>
          <w:rFonts w:ascii="Times New Roman" w:hAnsi="Times New Roman" w:cs="Times New Roman"/>
          <w:sz w:val="24"/>
          <w:szCs w:val="24"/>
          <w:lang w:val="pl-PL"/>
        </w:rPr>
        <w:t>podejmowanie wspólnych zabaw,</w:t>
      </w:r>
    </w:p>
    <w:p w14:paraId="3D0A58F2" w14:textId="01FE56CA" w:rsidR="00E051B3" w:rsidRPr="00724A49" w:rsidRDefault="00E051B3" w:rsidP="00724A49">
      <w:pPr>
        <w:pStyle w:val="Akapitzlist"/>
        <w:numPr>
          <w:ilvl w:val="0"/>
          <w:numId w:val="40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724A49">
        <w:rPr>
          <w:rFonts w:ascii="Times New Roman" w:hAnsi="Times New Roman" w:cs="Times New Roman"/>
          <w:sz w:val="24"/>
          <w:szCs w:val="24"/>
          <w:lang w:val="pl-PL"/>
        </w:rPr>
        <w:t>wyrażanie i nazywanie emocji,</w:t>
      </w:r>
    </w:p>
    <w:p w14:paraId="51030844" w14:textId="147079EE" w:rsidR="00E051B3" w:rsidRPr="00724A49" w:rsidRDefault="00E051B3" w:rsidP="00724A49">
      <w:pPr>
        <w:pStyle w:val="Akapitzlist"/>
        <w:numPr>
          <w:ilvl w:val="0"/>
          <w:numId w:val="40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724A49">
        <w:rPr>
          <w:rFonts w:ascii="Times New Roman" w:hAnsi="Times New Roman" w:cs="Times New Roman"/>
          <w:sz w:val="24"/>
          <w:szCs w:val="24"/>
          <w:lang w:val="pl-PL"/>
        </w:rPr>
        <w:t>okazywanie uczuć członkom rodziny,</w:t>
      </w:r>
    </w:p>
    <w:p w14:paraId="7C60F60F" w14:textId="22B18DC2" w:rsidR="00E051B3" w:rsidRPr="00724A49" w:rsidRDefault="00E051B3" w:rsidP="00724A49">
      <w:pPr>
        <w:pStyle w:val="Akapitzlist"/>
        <w:numPr>
          <w:ilvl w:val="0"/>
          <w:numId w:val="40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724A49">
        <w:rPr>
          <w:rFonts w:ascii="Times New Roman" w:hAnsi="Times New Roman" w:cs="Times New Roman"/>
          <w:sz w:val="24"/>
          <w:szCs w:val="24"/>
          <w:lang w:val="pl-PL"/>
        </w:rPr>
        <w:t>szanowanie wytworów pracy innych,</w:t>
      </w:r>
    </w:p>
    <w:p w14:paraId="7CA60BF1" w14:textId="039A30CE" w:rsidR="00E051B3" w:rsidRPr="00724A49" w:rsidRDefault="00E051B3" w:rsidP="00724A49">
      <w:pPr>
        <w:pStyle w:val="Akapitzlist"/>
        <w:numPr>
          <w:ilvl w:val="0"/>
          <w:numId w:val="40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724A49">
        <w:rPr>
          <w:rFonts w:ascii="Times New Roman" w:hAnsi="Times New Roman" w:cs="Times New Roman"/>
          <w:sz w:val="24"/>
          <w:szCs w:val="24"/>
          <w:lang w:val="pl-PL"/>
        </w:rPr>
        <w:t>zwracanie się o pomoc w trudnych sytuacjach.</w:t>
      </w:r>
    </w:p>
    <w:p w14:paraId="092529B8" w14:textId="77777777" w:rsidR="00E051B3" w:rsidRPr="00E051B3" w:rsidRDefault="00E051B3" w:rsidP="00E051B3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pl-PL"/>
        </w:rPr>
      </w:pPr>
      <w:r w:rsidRPr="00E051B3">
        <w:rPr>
          <w:rFonts w:ascii="Times New Roman" w:hAnsi="Times New Roman" w:cs="Times New Roman"/>
          <w:b/>
          <w:bCs/>
          <w:sz w:val="24"/>
          <w:szCs w:val="24"/>
          <w:lang w:val="pl-PL"/>
        </w:rPr>
        <w:t>Społeczny obszar rozwoju dziecka</w:t>
      </w:r>
    </w:p>
    <w:p w14:paraId="28C72C7F" w14:textId="6B557162" w:rsidR="00E051B3" w:rsidRPr="00E051B3" w:rsidRDefault="00E051B3" w:rsidP="00E051B3">
      <w:pPr>
        <w:spacing w:line="240" w:lineRule="auto"/>
        <w:rPr>
          <w:rFonts w:ascii="Times New Roman" w:hAnsi="Times New Roman" w:cs="Times New Roman"/>
          <w:i/>
          <w:iCs/>
          <w:sz w:val="24"/>
          <w:szCs w:val="24"/>
          <w:lang w:val="pl-PL"/>
        </w:rPr>
      </w:pPr>
      <w:r w:rsidRPr="00E051B3">
        <w:rPr>
          <w:rFonts w:ascii="Times New Roman" w:hAnsi="Times New Roman" w:cs="Times New Roman"/>
          <w:i/>
          <w:iCs/>
          <w:sz w:val="24"/>
          <w:szCs w:val="24"/>
          <w:lang w:val="pl-PL"/>
        </w:rPr>
        <w:t>Społeczna aktywność dziecka:</w:t>
      </w:r>
    </w:p>
    <w:p w14:paraId="7C02C698" w14:textId="6CD21D17" w:rsidR="00E051B3" w:rsidRPr="00724A49" w:rsidRDefault="00E051B3" w:rsidP="00724A49">
      <w:pPr>
        <w:pStyle w:val="Akapitzlist"/>
        <w:numPr>
          <w:ilvl w:val="0"/>
          <w:numId w:val="38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724A49">
        <w:rPr>
          <w:rFonts w:ascii="Times New Roman" w:hAnsi="Times New Roman" w:cs="Times New Roman"/>
          <w:sz w:val="24"/>
          <w:szCs w:val="24"/>
          <w:lang w:val="pl-PL"/>
        </w:rPr>
        <w:t>podawanie swojego imienia i nazwiska,</w:t>
      </w:r>
    </w:p>
    <w:p w14:paraId="1189B9D8" w14:textId="77CF13CE" w:rsidR="00E051B3" w:rsidRPr="00724A49" w:rsidRDefault="00E051B3" w:rsidP="00724A49">
      <w:pPr>
        <w:pStyle w:val="Akapitzlist"/>
        <w:numPr>
          <w:ilvl w:val="0"/>
          <w:numId w:val="38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724A49">
        <w:rPr>
          <w:rFonts w:ascii="Times New Roman" w:hAnsi="Times New Roman" w:cs="Times New Roman"/>
          <w:sz w:val="24"/>
          <w:szCs w:val="24"/>
          <w:lang w:val="pl-PL"/>
        </w:rPr>
        <w:t>pełnienie ról społecznych w zabawie tematycznej (rodzina, zawody),</w:t>
      </w:r>
    </w:p>
    <w:p w14:paraId="6BAB5A6C" w14:textId="6D50ECED" w:rsidR="00E051B3" w:rsidRPr="00724A49" w:rsidRDefault="00E051B3" w:rsidP="00724A49">
      <w:pPr>
        <w:pStyle w:val="Akapitzlist"/>
        <w:numPr>
          <w:ilvl w:val="0"/>
          <w:numId w:val="38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724A49">
        <w:rPr>
          <w:rFonts w:ascii="Times New Roman" w:hAnsi="Times New Roman" w:cs="Times New Roman"/>
          <w:sz w:val="24"/>
          <w:szCs w:val="24"/>
          <w:lang w:val="pl-PL"/>
        </w:rPr>
        <w:t>dzielenie się informacjami o ważnych wydarzeniach z życia rodziny,</w:t>
      </w:r>
    </w:p>
    <w:p w14:paraId="27B8E1F7" w14:textId="528CC148" w:rsidR="00E051B3" w:rsidRPr="00724A49" w:rsidRDefault="00E051B3" w:rsidP="00724A49">
      <w:pPr>
        <w:pStyle w:val="Akapitzlist"/>
        <w:numPr>
          <w:ilvl w:val="0"/>
          <w:numId w:val="38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724A49">
        <w:rPr>
          <w:rFonts w:ascii="Times New Roman" w:hAnsi="Times New Roman" w:cs="Times New Roman"/>
          <w:sz w:val="24"/>
          <w:szCs w:val="24"/>
          <w:lang w:val="pl-PL"/>
        </w:rPr>
        <w:t>przestrzeganie ustalonych zasad obowiązujących w grupie,</w:t>
      </w:r>
    </w:p>
    <w:p w14:paraId="7AC1769A" w14:textId="4B7FDCCF" w:rsidR="00E051B3" w:rsidRPr="00724A49" w:rsidRDefault="00E051B3" w:rsidP="00724A49">
      <w:pPr>
        <w:pStyle w:val="Akapitzlist"/>
        <w:numPr>
          <w:ilvl w:val="0"/>
          <w:numId w:val="38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724A49">
        <w:rPr>
          <w:rFonts w:ascii="Times New Roman" w:hAnsi="Times New Roman" w:cs="Times New Roman"/>
          <w:sz w:val="24"/>
          <w:szCs w:val="24"/>
          <w:lang w:val="pl-PL"/>
        </w:rPr>
        <w:lastRenderedPageBreak/>
        <w:t>współdziałanie podczas zabaw i zajęć,</w:t>
      </w:r>
    </w:p>
    <w:p w14:paraId="6AEFE2C9" w14:textId="56F3EEB3" w:rsidR="00E051B3" w:rsidRPr="00724A49" w:rsidRDefault="00E051B3" w:rsidP="00724A49">
      <w:pPr>
        <w:pStyle w:val="Akapitzlist"/>
        <w:numPr>
          <w:ilvl w:val="0"/>
          <w:numId w:val="38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724A49">
        <w:rPr>
          <w:rFonts w:ascii="Times New Roman" w:hAnsi="Times New Roman" w:cs="Times New Roman"/>
          <w:sz w:val="24"/>
          <w:szCs w:val="24"/>
          <w:lang w:val="pl-PL"/>
        </w:rPr>
        <w:t>prezentowanie swoich prac i dokonywanie prostej samooceny.</w:t>
      </w:r>
    </w:p>
    <w:p w14:paraId="0FDC2824" w14:textId="77777777" w:rsidR="00E051B3" w:rsidRPr="00E051B3" w:rsidRDefault="00E051B3" w:rsidP="00E051B3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pl-PL"/>
        </w:rPr>
      </w:pPr>
    </w:p>
    <w:p w14:paraId="0BFCAEF2" w14:textId="77777777" w:rsidR="00E051B3" w:rsidRPr="00E051B3" w:rsidRDefault="00E051B3" w:rsidP="00E051B3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pl-PL"/>
        </w:rPr>
      </w:pPr>
      <w:r w:rsidRPr="00E051B3">
        <w:rPr>
          <w:rFonts w:ascii="Times New Roman" w:hAnsi="Times New Roman" w:cs="Times New Roman"/>
          <w:b/>
          <w:bCs/>
          <w:sz w:val="24"/>
          <w:szCs w:val="24"/>
          <w:lang w:val="pl-PL"/>
        </w:rPr>
        <w:t>Poznawczy obszar rozwoju dziecka</w:t>
      </w:r>
    </w:p>
    <w:p w14:paraId="0678DD61" w14:textId="07ACAB97" w:rsidR="00E051B3" w:rsidRPr="00E051B3" w:rsidRDefault="00E051B3" w:rsidP="00E051B3">
      <w:p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E051B3">
        <w:rPr>
          <w:rFonts w:ascii="Times New Roman" w:hAnsi="Times New Roman" w:cs="Times New Roman"/>
          <w:i/>
          <w:iCs/>
          <w:sz w:val="24"/>
          <w:szCs w:val="24"/>
          <w:lang w:val="pl-PL"/>
        </w:rPr>
        <w:t>Społeczna aktywność dziecka</w:t>
      </w:r>
      <w:r w:rsidRPr="00E051B3">
        <w:rPr>
          <w:rFonts w:ascii="Times New Roman" w:hAnsi="Times New Roman" w:cs="Times New Roman"/>
          <w:sz w:val="24"/>
          <w:szCs w:val="24"/>
          <w:lang w:val="pl-PL"/>
        </w:rPr>
        <w:t>:</w:t>
      </w:r>
    </w:p>
    <w:p w14:paraId="65D17561" w14:textId="74DD8019" w:rsidR="00E051B3" w:rsidRPr="00724A49" w:rsidRDefault="00E051B3" w:rsidP="00724A49">
      <w:pPr>
        <w:pStyle w:val="Akapitzlist"/>
        <w:numPr>
          <w:ilvl w:val="0"/>
          <w:numId w:val="36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724A49">
        <w:rPr>
          <w:rFonts w:ascii="Times New Roman" w:hAnsi="Times New Roman" w:cs="Times New Roman"/>
          <w:sz w:val="24"/>
          <w:szCs w:val="24"/>
          <w:lang w:val="pl-PL"/>
        </w:rPr>
        <w:t>wymienianie i nazywanie wybranych zawodów,</w:t>
      </w:r>
    </w:p>
    <w:p w14:paraId="2F90EB59" w14:textId="3A26BEFF" w:rsidR="00E051B3" w:rsidRPr="00724A49" w:rsidRDefault="00E051B3" w:rsidP="00724A49">
      <w:pPr>
        <w:pStyle w:val="Akapitzlist"/>
        <w:numPr>
          <w:ilvl w:val="0"/>
          <w:numId w:val="36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724A49">
        <w:rPr>
          <w:rFonts w:ascii="Times New Roman" w:hAnsi="Times New Roman" w:cs="Times New Roman"/>
          <w:sz w:val="24"/>
          <w:szCs w:val="24"/>
          <w:lang w:val="pl-PL"/>
        </w:rPr>
        <w:t>poznawanie czynności wykonywanych przez osoby z najbliższego otoczenia,</w:t>
      </w:r>
    </w:p>
    <w:p w14:paraId="65A17864" w14:textId="2A4461C7" w:rsidR="00E051B3" w:rsidRPr="00724A49" w:rsidRDefault="00E051B3" w:rsidP="00724A49">
      <w:pPr>
        <w:pStyle w:val="Akapitzlist"/>
        <w:numPr>
          <w:ilvl w:val="0"/>
          <w:numId w:val="36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724A49">
        <w:rPr>
          <w:rFonts w:ascii="Times New Roman" w:hAnsi="Times New Roman" w:cs="Times New Roman"/>
          <w:sz w:val="24"/>
          <w:szCs w:val="24"/>
          <w:lang w:val="pl-PL"/>
        </w:rPr>
        <w:t>nazywanie narzędzi pracy,</w:t>
      </w:r>
    </w:p>
    <w:p w14:paraId="2297B3A9" w14:textId="03F20FA4" w:rsidR="00E051B3" w:rsidRPr="00724A49" w:rsidRDefault="00E051B3" w:rsidP="00724A49">
      <w:pPr>
        <w:pStyle w:val="Akapitzlist"/>
        <w:numPr>
          <w:ilvl w:val="0"/>
          <w:numId w:val="36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724A49">
        <w:rPr>
          <w:rFonts w:ascii="Times New Roman" w:hAnsi="Times New Roman" w:cs="Times New Roman"/>
          <w:sz w:val="24"/>
          <w:szCs w:val="24"/>
          <w:lang w:val="pl-PL"/>
        </w:rPr>
        <w:t>obserwowanie otoczenia podczas spacerów.</w:t>
      </w:r>
    </w:p>
    <w:p w14:paraId="56580551" w14:textId="680EB292" w:rsidR="00E051B3" w:rsidRPr="00E051B3" w:rsidRDefault="00E051B3" w:rsidP="00E051B3">
      <w:pPr>
        <w:spacing w:line="240" w:lineRule="auto"/>
        <w:rPr>
          <w:rFonts w:ascii="Times New Roman" w:hAnsi="Times New Roman" w:cs="Times New Roman"/>
          <w:i/>
          <w:iCs/>
          <w:sz w:val="24"/>
          <w:szCs w:val="24"/>
          <w:lang w:val="pl-PL"/>
        </w:rPr>
      </w:pPr>
      <w:r w:rsidRPr="00E051B3">
        <w:rPr>
          <w:rFonts w:ascii="Times New Roman" w:hAnsi="Times New Roman" w:cs="Times New Roman"/>
          <w:i/>
          <w:iCs/>
          <w:sz w:val="24"/>
          <w:szCs w:val="24"/>
          <w:lang w:val="pl-PL"/>
        </w:rPr>
        <w:t>Językowa aktywność dziecka:</w:t>
      </w:r>
    </w:p>
    <w:p w14:paraId="09D0C713" w14:textId="7F0143DE" w:rsidR="00E051B3" w:rsidRPr="00724A49" w:rsidRDefault="00E051B3" w:rsidP="00724A49">
      <w:pPr>
        <w:pStyle w:val="Akapitzlist"/>
        <w:numPr>
          <w:ilvl w:val="0"/>
          <w:numId w:val="3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724A49">
        <w:rPr>
          <w:rFonts w:ascii="Times New Roman" w:hAnsi="Times New Roman" w:cs="Times New Roman"/>
          <w:sz w:val="24"/>
          <w:szCs w:val="24"/>
          <w:lang w:val="pl-PL"/>
        </w:rPr>
        <w:t>wypowiadanie się na temat ilustracji i wysłuchanych tekstów,</w:t>
      </w:r>
    </w:p>
    <w:p w14:paraId="2971E4CB" w14:textId="1A9D1F0C" w:rsidR="00E051B3" w:rsidRPr="00724A49" w:rsidRDefault="00E051B3" w:rsidP="00724A49">
      <w:pPr>
        <w:pStyle w:val="Akapitzlist"/>
        <w:numPr>
          <w:ilvl w:val="0"/>
          <w:numId w:val="3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724A49">
        <w:rPr>
          <w:rFonts w:ascii="Times New Roman" w:hAnsi="Times New Roman" w:cs="Times New Roman"/>
          <w:sz w:val="24"/>
          <w:szCs w:val="24"/>
          <w:lang w:val="pl-PL"/>
        </w:rPr>
        <w:t>formułowanie odpowiedzi na pytania,</w:t>
      </w:r>
    </w:p>
    <w:p w14:paraId="1162FEC4" w14:textId="5D4B8E78" w:rsidR="00E051B3" w:rsidRPr="00724A49" w:rsidRDefault="00E051B3" w:rsidP="00724A49">
      <w:pPr>
        <w:pStyle w:val="Akapitzlist"/>
        <w:numPr>
          <w:ilvl w:val="0"/>
          <w:numId w:val="3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724A49">
        <w:rPr>
          <w:rFonts w:ascii="Times New Roman" w:hAnsi="Times New Roman" w:cs="Times New Roman"/>
          <w:sz w:val="24"/>
          <w:szCs w:val="24"/>
          <w:lang w:val="pl-PL"/>
        </w:rPr>
        <w:t>wypowiadanie się prostymi i złożonymi zdaniami,</w:t>
      </w:r>
    </w:p>
    <w:p w14:paraId="1DD44F77" w14:textId="16958F39" w:rsidR="00E051B3" w:rsidRPr="00724A49" w:rsidRDefault="00E051B3" w:rsidP="00724A49">
      <w:pPr>
        <w:pStyle w:val="Akapitzlist"/>
        <w:numPr>
          <w:ilvl w:val="0"/>
          <w:numId w:val="3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724A49">
        <w:rPr>
          <w:rFonts w:ascii="Times New Roman" w:hAnsi="Times New Roman" w:cs="Times New Roman"/>
          <w:sz w:val="24"/>
          <w:szCs w:val="24"/>
          <w:lang w:val="pl-PL"/>
        </w:rPr>
        <w:t>dzielenie wyrazów na sylaby,</w:t>
      </w:r>
    </w:p>
    <w:p w14:paraId="74F94CC9" w14:textId="25835513" w:rsidR="00E051B3" w:rsidRPr="00724A49" w:rsidRDefault="00E051B3" w:rsidP="00724A49">
      <w:pPr>
        <w:pStyle w:val="Akapitzlist"/>
        <w:numPr>
          <w:ilvl w:val="0"/>
          <w:numId w:val="3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724A49">
        <w:rPr>
          <w:rFonts w:ascii="Times New Roman" w:hAnsi="Times New Roman" w:cs="Times New Roman"/>
          <w:sz w:val="24"/>
          <w:szCs w:val="24"/>
          <w:lang w:val="pl-PL"/>
        </w:rPr>
        <w:t>układanie rymów,</w:t>
      </w:r>
    </w:p>
    <w:p w14:paraId="7A5A5E34" w14:textId="24AFC77B" w:rsidR="00E051B3" w:rsidRPr="00724A49" w:rsidRDefault="00E051B3" w:rsidP="00724A49">
      <w:pPr>
        <w:pStyle w:val="Akapitzlist"/>
        <w:numPr>
          <w:ilvl w:val="0"/>
          <w:numId w:val="3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724A49">
        <w:rPr>
          <w:rFonts w:ascii="Times New Roman" w:hAnsi="Times New Roman" w:cs="Times New Roman"/>
          <w:sz w:val="24"/>
          <w:szCs w:val="24"/>
          <w:lang w:val="pl-PL"/>
        </w:rPr>
        <w:t>rozpoznawanie wybranych liter i symboli.</w:t>
      </w:r>
    </w:p>
    <w:p w14:paraId="73C08487" w14:textId="0122AD5A" w:rsidR="00E051B3" w:rsidRPr="00E051B3" w:rsidRDefault="00E051B3" w:rsidP="00E051B3">
      <w:pPr>
        <w:spacing w:line="240" w:lineRule="auto"/>
        <w:rPr>
          <w:rFonts w:ascii="Times New Roman" w:hAnsi="Times New Roman" w:cs="Times New Roman"/>
          <w:i/>
          <w:iCs/>
          <w:sz w:val="24"/>
          <w:szCs w:val="24"/>
          <w:lang w:val="pl-PL"/>
        </w:rPr>
      </w:pPr>
      <w:r w:rsidRPr="00E051B3">
        <w:rPr>
          <w:rFonts w:ascii="Times New Roman" w:hAnsi="Times New Roman" w:cs="Times New Roman"/>
          <w:i/>
          <w:iCs/>
          <w:sz w:val="24"/>
          <w:szCs w:val="24"/>
          <w:lang w:val="pl-PL"/>
        </w:rPr>
        <w:t>Aktywność poznawcza:</w:t>
      </w:r>
    </w:p>
    <w:p w14:paraId="3BA91E76" w14:textId="1B4ADAAA" w:rsidR="00E051B3" w:rsidRPr="00724A49" w:rsidRDefault="00E051B3" w:rsidP="00724A49">
      <w:pPr>
        <w:pStyle w:val="Akapitzlist"/>
        <w:numPr>
          <w:ilvl w:val="0"/>
          <w:numId w:val="32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724A49">
        <w:rPr>
          <w:rFonts w:ascii="Times New Roman" w:hAnsi="Times New Roman" w:cs="Times New Roman"/>
          <w:sz w:val="24"/>
          <w:szCs w:val="24"/>
          <w:lang w:val="pl-PL"/>
        </w:rPr>
        <w:t>rozwiązywanie prostych zagadek,</w:t>
      </w:r>
    </w:p>
    <w:p w14:paraId="6202729A" w14:textId="7E56E347" w:rsidR="00E051B3" w:rsidRPr="00724A49" w:rsidRDefault="00E051B3" w:rsidP="00724A49">
      <w:pPr>
        <w:pStyle w:val="Akapitzlist"/>
        <w:numPr>
          <w:ilvl w:val="0"/>
          <w:numId w:val="32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724A49">
        <w:rPr>
          <w:rFonts w:ascii="Times New Roman" w:hAnsi="Times New Roman" w:cs="Times New Roman"/>
          <w:sz w:val="24"/>
          <w:szCs w:val="24"/>
          <w:lang w:val="pl-PL"/>
        </w:rPr>
        <w:t>liczenie przedmiotów i wskazywanie ostatniego liczebnika,</w:t>
      </w:r>
    </w:p>
    <w:p w14:paraId="12F360B4" w14:textId="05885EC2" w:rsidR="00E051B3" w:rsidRPr="00724A49" w:rsidRDefault="00E051B3" w:rsidP="00724A49">
      <w:pPr>
        <w:pStyle w:val="Akapitzlist"/>
        <w:numPr>
          <w:ilvl w:val="0"/>
          <w:numId w:val="32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724A49">
        <w:rPr>
          <w:rFonts w:ascii="Times New Roman" w:hAnsi="Times New Roman" w:cs="Times New Roman"/>
          <w:sz w:val="24"/>
          <w:szCs w:val="24"/>
          <w:lang w:val="pl-PL"/>
        </w:rPr>
        <w:t>klasyfikowanie przedmiotów według podanej cechy,</w:t>
      </w:r>
    </w:p>
    <w:p w14:paraId="1DD19C4E" w14:textId="16AED37E" w:rsidR="00E051B3" w:rsidRPr="00724A49" w:rsidRDefault="00E051B3" w:rsidP="00724A49">
      <w:pPr>
        <w:pStyle w:val="Akapitzlist"/>
        <w:numPr>
          <w:ilvl w:val="0"/>
          <w:numId w:val="32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724A49">
        <w:rPr>
          <w:rFonts w:ascii="Times New Roman" w:hAnsi="Times New Roman" w:cs="Times New Roman"/>
          <w:sz w:val="24"/>
          <w:szCs w:val="24"/>
          <w:lang w:val="pl-PL"/>
        </w:rPr>
        <w:t>uczestniczenie w zabawach rozwijających myślenie logiczne i przyczynowo–skutkowe,</w:t>
      </w:r>
    </w:p>
    <w:p w14:paraId="20A742A8" w14:textId="393F04C5" w:rsidR="00E051B3" w:rsidRPr="00724A49" w:rsidRDefault="00E051B3" w:rsidP="00724A49">
      <w:pPr>
        <w:pStyle w:val="Akapitzlist"/>
        <w:numPr>
          <w:ilvl w:val="0"/>
          <w:numId w:val="32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724A49">
        <w:rPr>
          <w:rFonts w:ascii="Times New Roman" w:hAnsi="Times New Roman" w:cs="Times New Roman"/>
          <w:sz w:val="24"/>
          <w:szCs w:val="24"/>
          <w:lang w:val="pl-PL"/>
        </w:rPr>
        <w:t>rozwijanie wyobraźni przestrzennej poprzez działania plastyczne i konstrukcyjne.</w:t>
      </w:r>
    </w:p>
    <w:p w14:paraId="097B8636" w14:textId="10D509CB" w:rsidR="00E051B3" w:rsidRPr="00E051B3" w:rsidRDefault="00E051B3" w:rsidP="00E051B3">
      <w:p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E051B3">
        <w:rPr>
          <w:rFonts w:ascii="Times New Roman" w:hAnsi="Times New Roman" w:cs="Times New Roman"/>
          <w:sz w:val="24"/>
          <w:szCs w:val="24"/>
          <w:lang w:val="pl-PL"/>
        </w:rPr>
        <w:t>Program wychowania przedszkolnego, Grupa MAC S.A. 2020</w:t>
      </w:r>
      <w:r w:rsidRPr="00E051B3">
        <w:rPr>
          <w:rFonts w:ascii="Times New Roman" w:hAnsi="Times New Roman" w:cs="Times New Roman"/>
          <w:sz w:val="24"/>
          <w:szCs w:val="24"/>
          <w:lang w:val="pl-PL"/>
        </w:rPr>
        <w:t xml:space="preserve"> </w:t>
      </w:r>
      <w:r w:rsidRPr="00E051B3">
        <w:rPr>
          <w:rFonts w:ascii="Times New Roman" w:hAnsi="Times New Roman" w:cs="Times New Roman"/>
          <w:sz w:val="24"/>
          <w:szCs w:val="24"/>
          <w:lang w:val="pl-PL"/>
        </w:rPr>
        <w:t>(s. 41–45, 46–48, 50, 52–54, 56–62, 65–68, 70–73, 79).</w:t>
      </w:r>
    </w:p>
    <w:p w14:paraId="1B0E716D" w14:textId="77777777" w:rsidR="00C44DA0" w:rsidRPr="00E051B3" w:rsidRDefault="00C44DA0" w:rsidP="00E051B3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pl-PL"/>
        </w:rPr>
      </w:pPr>
    </w:p>
    <w:p w14:paraId="2C2864E0" w14:textId="77777777" w:rsidR="00DD15C1" w:rsidRPr="00E051B3" w:rsidRDefault="00000000" w:rsidP="00E051B3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pl-PL"/>
        </w:rPr>
      </w:pPr>
      <w:r w:rsidRPr="00E051B3">
        <w:rPr>
          <w:rFonts w:ascii="Times New Roman" w:hAnsi="Times New Roman" w:cs="Times New Roman"/>
          <w:b/>
          <w:bCs/>
          <w:sz w:val="24"/>
          <w:szCs w:val="24"/>
          <w:lang w:val="pl-PL"/>
        </w:rPr>
        <w:t>TYDZIEŃ III</w:t>
      </w:r>
    </w:p>
    <w:p w14:paraId="57068F19" w14:textId="5F0C3A57" w:rsidR="00C44DA0" w:rsidRDefault="00C44DA0" w:rsidP="00E051B3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pl-PL"/>
        </w:rPr>
      </w:pPr>
      <w:r w:rsidRPr="00E051B3">
        <w:rPr>
          <w:rFonts w:ascii="Times New Roman" w:hAnsi="Times New Roman" w:cs="Times New Roman"/>
          <w:b/>
          <w:bCs/>
          <w:sz w:val="24"/>
          <w:szCs w:val="24"/>
          <w:lang w:val="pl-PL"/>
        </w:rPr>
        <w:t xml:space="preserve">Temat tygodnia: </w:t>
      </w:r>
      <w:r w:rsidR="00620E2D" w:rsidRPr="00962775">
        <w:rPr>
          <w:rFonts w:ascii="Times New Roman" w:hAnsi="Times New Roman" w:cs="Times New Roman"/>
          <w:sz w:val="24"/>
          <w:szCs w:val="24"/>
          <w:lang w:val="pl-PL"/>
        </w:rPr>
        <w:t>Kody wiosny</w:t>
      </w:r>
    </w:p>
    <w:p w14:paraId="59DE8F03" w14:textId="77777777" w:rsidR="00620E2D" w:rsidRPr="00620E2D" w:rsidRDefault="00620E2D" w:rsidP="00620E2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pl-PL"/>
        </w:rPr>
      </w:pPr>
      <w:r w:rsidRPr="00620E2D">
        <w:rPr>
          <w:rFonts w:ascii="Times New Roman" w:hAnsi="Times New Roman" w:cs="Times New Roman"/>
          <w:b/>
          <w:bCs/>
          <w:sz w:val="24"/>
          <w:szCs w:val="24"/>
          <w:lang w:val="pl-PL"/>
        </w:rPr>
        <w:t>Treści programowe:</w:t>
      </w:r>
    </w:p>
    <w:p w14:paraId="4A214878" w14:textId="77777777" w:rsidR="00620E2D" w:rsidRPr="00620E2D" w:rsidRDefault="00620E2D" w:rsidP="00620E2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pl-PL"/>
        </w:rPr>
      </w:pPr>
      <w:r w:rsidRPr="00620E2D">
        <w:rPr>
          <w:rFonts w:ascii="Times New Roman" w:hAnsi="Times New Roman" w:cs="Times New Roman"/>
          <w:b/>
          <w:bCs/>
          <w:sz w:val="24"/>
          <w:szCs w:val="24"/>
          <w:lang w:val="pl-PL"/>
        </w:rPr>
        <w:t>Fizyczny obszar rozwoju dziecka</w:t>
      </w:r>
    </w:p>
    <w:p w14:paraId="0A0F9C48" w14:textId="5C86A470" w:rsidR="00620E2D" w:rsidRPr="00620E2D" w:rsidRDefault="00620E2D" w:rsidP="00620E2D">
      <w:pPr>
        <w:spacing w:line="240" w:lineRule="auto"/>
        <w:rPr>
          <w:rFonts w:ascii="Times New Roman" w:hAnsi="Times New Roman" w:cs="Times New Roman"/>
          <w:i/>
          <w:iCs/>
          <w:sz w:val="24"/>
          <w:szCs w:val="24"/>
          <w:lang w:val="pl-PL"/>
        </w:rPr>
      </w:pPr>
      <w:r w:rsidRPr="00620E2D">
        <w:rPr>
          <w:rFonts w:ascii="Times New Roman" w:hAnsi="Times New Roman" w:cs="Times New Roman"/>
          <w:i/>
          <w:iCs/>
          <w:sz w:val="24"/>
          <w:szCs w:val="24"/>
          <w:lang w:val="pl-PL"/>
        </w:rPr>
        <w:t>Społeczna aktywność dziecka:</w:t>
      </w:r>
    </w:p>
    <w:p w14:paraId="13EB2271" w14:textId="3AE1B3F0" w:rsidR="00620E2D" w:rsidRPr="00620E2D" w:rsidRDefault="00620E2D" w:rsidP="00620E2D">
      <w:pPr>
        <w:pStyle w:val="Akapitzlist"/>
        <w:numPr>
          <w:ilvl w:val="0"/>
          <w:numId w:val="3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620E2D">
        <w:rPr>
          <w:rFonts w:ascii="Times New Roman" w:hAnsi="Times New Roman" w:cs="Times New Roman"/>
          <w:sz w:val="24"/>
          <w:szCs w:val="24"/>
          <w:lang w:val="pl-PL"/>
        </w:rPr>
        <w:t>korzystanie z własnych zmysłów podczas obserwowania zmian w przyrodzie,</w:t>
      </w:r>
    </w:p>
    <w:p w14:paraId="3E9509F0" w14:textId="5BD32332" w:rsidR="00620E2D" w:rsidRPr="00620E2D" w:rsidRDefault="00620E2D" w:rsidP="00620E2D">
      <w:pPr>
        <w:pStyle w:val="Akapitzlist"/>
        <w:numPr>
          <w:ilvl w:val="0"/>
          <w:numId w:val="3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620E2D">
        <w:rPr>
          <w:rFonts w:ascii="Times New Roman" w:hAnsi="Times New Roman" w:cs="Times New Roman"/>
          <w:sz w:val="24"/>
          <w:szCs w:val="24"/>
          <w:lang w:val="pl-PL"/>
        </w:rPr>
        <w:t>samodzielne korzystanie z toalety,</w:t>
      </w:r>
    </w:p>
    <w:p w14:paraId="76AB2190" w14:textId="48AD5CA2" w:rsidR="00620E2D" w:rsidRPr="00620E2D" w:rsidRDefault="00620E2D" w:rsidP="00620E2D">
      <w:pPr>
        <w:pStyle w:val="Akapitzlist"/>
        <w:numPr>
          <w:ilvl w:val="0"/>
          <w:numId w:val="3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620E2D">
        <w:rPr>
          <w:rFonts w:ascii="Times New Roman" w:hAnsi="Times New Roman" w:cs="Times New Roman"/>
          <w:sz w:val="24"/>
          <w:szCs w:val="24"/>
          <w:lang w:val="pl-PL"/>
        </w:rPr>
        <w:t>udział w porządkowaniu sali po zabawie,</w:t>
      </w:r>
    </w:p>
    <w:p w14:paraId="1E33884D" w14:textId="6167C1DD" w:rsidR="00620E2D" w:rsidRPr="00620E2D" w:rsidRDefault="00620E2D" w:rsidP="00620E2D">
      <w:pPr>
        <w:pStyle w:val="Akapitzlist"/>
        <w:numPr>
          <w:ilvl w:val="0"/>
          <w:numId w:val="3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620E2D">
        <w:rPr>
          <w:rFonts w:ascii="Times New Roman" w:hAnsi="Times New Roman" w:cs="Times New Roman"/>
          <w:sz w:val="24"/>
          <w:szCs w:val="24"/>
          <w:lang w:val="pl-PL"/>
        </w:rPr>
        <w:t>dbanie o kulturę spożywania posiłków,</w:t>
      </w:r>
    </w:p>
    <w:p w14:paraId="486760F6" w14:textId="548AC740" w:rsidR="00620E2D" w:rsidRPr="00620E2D" w:rsidRDefault="00620E2D" w:rsidP="00620E2D">
      <w:pPr>
        <w:pStyle w:val="Akapitzlist"/>
        <w:numPr>
          <w:ilvl w:val="0"/>
          <w:numId w:val="3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620E2D">
        <w:rPr>
          <w:rFonts w:ascii="Times New Roman" w:hAnsi="Times New Roman" w:cs="Times New Roman"/>
          <w:sz w:val="24"/>
          <w:szCs w:val="24"/>
          <w:lang w:val="pl-PL"/>
        </w:rPr>
        <w:lastRenderedPageBreak/>
        <w:t>samodzielne ubieranie się odpowiednio do warunków atmosferycznych.</w:t>
      </w:r>
    </w:p>
    <w:p w14:paraId="2B32BD14" w14:textId="604D6DB7" w:rsidR="00620E2D" w:rsidRPr="00620E2D" w:rsidRDefault="00620E2D" w:rsidP="00620E2D">
      <w:pPr>
        <w:spacing w:line="240" w:lineRule="auto"/>
        <w:rPr>
          <w:rFonts w:ascii="Times New Roman" w:hAnsi="Times New Roman" w:cs="Times New Roman"/>
          <w:i/>
          <w:iCs/>
          <w:sz w:val="24"/>
          <w:szCs w:val="24"/>
          <w:lang w:val="pl-PL"/>
        </w:rPr>
      </w:pPr>
      <w:r w:rsidRPr="00620E2D">
        <w:rPr>
          <w:rFonts w:ascii="Times New Roman" w:hAnsi="Times New Roman" w:cs="Times New Roman"/>
          <w:i/>
          <w:iCs/>
          <w:sz w:val="24"/>
          <w:szCs w:val="24"/>
          <w:lang w:val="pl-PL"/>
        </w:rPr>
        <w:t>Językowa aktywność dziecka:</w:t>
      </w:r>
    </w:p>
    <w:p w14:paraId="548C76B7" w14:textId="1017201C" w:rsidR="00620E2D" w:rsidRPr="00620E2D" w:rsidRDefault="00620E2D" w:rsidP="00620E2D">
      <w:pPr>
        <w:pStyle w:val="Akapitzlist"/>
        <w:numPr>
          <w:ilvl w:val="0"/>
          <w:numId w:val="3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620E2D">
        <w:rPr>
          <w:rFonts w:ascii="Times New Roman" w:hAnsi="Times New Roman" w:cs="Times New Roman"/>
          <w:sz w:val="24"/>
          <w:szCs w:val="24"/>
          <w:lang w:val="pl-PL"/>
        </w:rPr>
        <w:t>rozwijanie sprawności ruchowej i koordynacji wzrokowo–ruchowej,</w:t>
      </w:r>
    </w:p>
    <w:p w14:paraId="2BB32B24" w14:textId="1F8CF676" w:rsidR="00620E2D" w:rsidRPr="00620E2D" w:rsidRDefault="00620E2D" w:rsidP="00620E2D">
      <w:pPr>
        <w:pStyle w:val="Akapitzlist"/>
        <w:numPr>
          <w:ilvl w:val="0"/>
          <w:numId w:val="3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620E2D">
        <w:rPr>
          <w:rFonts w:ascii="Times New Roman" w:hAnsi="Times New Roman" w:cs="Times New Roman"/>
          <w:sz w:val="24"/>
          <w:szCs w:val="24"/>
          <w:lang w:val="pl-PL"/>
        </w:rPr>
        <w:t>rozwijanie sprawności manualnej (lepienie, wycinanie, wydzieranie, rysowanie według wzoru),</w:t>
      </w:r>
    </w:p>
    <w:p w14:paraId="4D823F4E" w14:textId="5FA7DF45" w:rsidR="00620E2D" w:rsidRPr="00620E2D" w:rsidRDefault="00620E2D" w:rsidP="00620E2D">
      <w:pPr>
        <w:pStyle w:val="Akapitzlist"/>
        <w:numPr>
          <w:ilvl w:val="0"/>
          <w:numId w:val="3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620E2D">
        <w:rPr>
          <w:rFonts w:ascii="Times New Roman" w:hAnsi="Times New Roman" w:cs="Times New Roman"/>
          <w:sz w:val="24"/>
          <w:szCs w:val="24"/>
          <w:lang w:val="pl-PL"/>
        </w:rPr>
        <w:t>odwzorowywanie elementów i wykonywanie ćwiczeń grafomotorycznych.</w:t>
      </w:r>
    </w:p>
    <w:p w14:paraId="1F9E8239" w14:textId="4767E7FD" w:rsidR="00620E2D" w:rsidRPr="00620E2D" w:rsidRDefault="00620E2D" w:rsidP="00620E2D">
      <w:pPr>
        <w:spacing w:line="240" w:lineRule="auto"/>
        <w:rPr>
          <w:rFonts w:ascii="Times New Roman" w:hAnsi="Times New Roman" w:cs="Times New Roman"/>
          <w:i/>
          <w:iCs/>
          <w:sz w:val="24"/>
          <w:szCs w:val="24"/>
          <w:lang w:val="pl-PL"/>
        </w:rPr>
      </w:pPr>
      <w:r w:rsidRPr="00620E2D">
        <w:rPr>
          <w:rFonts w:ascii="Times New Roman" w:hAnsi="Times New Roman" w:cs="Times New Roman"/>
          <w:i/>
          <w:iCs/>
          <w:sz w:val="24"/>
          <w:szCs w:val="24"/>
          <w:lang w:val="pl-PL"/>
        </w:rPr>
        <w:t>Artystyczna aktywność dziecka:</w:t>
      </w:r>
    </w:p>
    <w:p w14:paraId="1EF69568" w14:textId="04333688" w:rsidR="00620E2D" w:rsidRPr="00620E2D" w:rsidRDefault="00620E2D" w:rsidP="00620E2D">
      <w:pPr>
        <w:pStyle w:val="Akapitzlist"/>
        <w:numPr>
          <w:ilvl w:val="0"/>
          <w:numId w:val="3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620E2D">
        <w:rPr>
          <w:rFonts w:ascii="Times New Roman" w:hAnsi="Times New Roman" w:cs="Times New Roman"/>
          <w:sz w:val="24"/>
          <w:szCs w:val="24"/>
          <w:lang w:val="pl-PL"/>
        </w:rPr>
        <w:t>uczestniczenie w zabawach rytmicznych i ruchowych,</w:t>
      </w:r>
    </w:p>
    <w:p w14:paraId="74CE824E" w14:textId="29D74753" w:rsidR="00620E2D" w:rsidRPr="00620E2D" w:rsidRDefault="00620E2D" w:rsidP="00620E2D">
      <w:pPr>
        <w:pStyle w:val="Akapitzlist"/>
        <w:numPr>
          <w:ilvl w:val="0"/>
          <w:numId w:val="3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620E2D">
        <w:rPr>
          <w:rFonts w:ascii="Times New Roman" w:hAnsi="Times New Roman" w:cs="Times New Roman"/>
          <w:sz w:val="24"/>
          <w:szCs w:val="24"/>
          <w:lang w:val="pl-PL"/>
        </w:rPr>
        <w:t>reagowanie na zmiany tempa i dynamiki utworu,</w:t>
      </w:r>
    </w:p>
    <w:p w14:paraId="3169EE23" w14:textId="3264A3EF" w:rsidR="00620E2D" w:rsidRPr="00620E2D" w:rsidRDefault="00620E2D" w:rsidP="00620E2D">
      <w:pPr>
        <w:pStyle w:val="Akapitzlist"/>
        <w:numPr>
          <w:ilvl w:val="0"/>
          <w:numId w:val="3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620E2D">
        <w:rPr>
          <w:rFonts w:ascii="Times New Roman" w:hAnsi="Times New Roman" w:cs="Times New Roman"/>
          <w:sz w:val="24"/>
          <w:szCs w:val="24"/>
          <w:lang w:val="pl-PL"/>
        </w:rPr>
        <w:t>rytmiczne poruszanie się przy muzyce,</w:t>
      </w:r>
    </w:p>
    <w:p w14:paraId="47E17BAC" w14:textId="4690368A" w:rsidR="00620E2D" w:rsidRPr="00620E2D" w:rsidRDefault="00620E2D" w:rsidP="00620E2D">
      <w:pPr>
        <w:pStyle w:val="Akapitzlist"/>
        <w:numPr>
          <w:ilvl w:val="0"/>
          <w:numId w:val="3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620E2D">
        <w:rPr>
          <w:rFonts w:ascii="Times New Roman" w:hAnsi="Times New Roman" w:cs="Times New Roman"/>
          <w:sz w:val="24"/>
          <w:szCs w:val="24"/>
          <w:lang w:val="pl-PL"/>
        </w:rPr>
        <w:t>wykonywanie prac plastycznych inspirowanych wiosną,</w:t>
      </w:r>
    </w:p>
    <w:p w14:paraId="60CE13EB" w14:textId="593253E7" w:rsidR="00620E2D" w:rsidRPr="00620E2D" w:rsidRDefault="00620E2D" w:rsidP="00620E2D">
      <w:pPr>
        <w:pStyle w:val="Akapitzlist"/>
        <w:numPr>
          <w:ilvl w:val="0"/>
          <w:numId w:val="3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620E2D">
        <w:rPr>
          <w:rFonts w:ascii="Times New Roman" w:hAnsi="Times New Roman" w:cs="Times New Roman"/>
          <w:sz w:val="24"/>
          <w:szCs w:val="24"/>
          <w:lang w:val="pl-PL"/>
        </w:rPr>
        <w:t>uczestniczenie w zabawach konstrukcyjnych i sensorycznych.</w:t>
      </w:r>
    </w:p>
    <w:p w14:paraId="7240D1A3" w14:textId="740022CA" w:rsidR="00620E2D" w:rsidRPr="00620E2D" w:rsidRDefault="00620E2D" w:rsidP="00620E2D">
      <w:pPr>
        <w:spacing w:line="240" w:lineRule="auto"/>
        <w:rPr>
          <w:rFonts w:ascii="Times New Roman" w:hAnsi="Times New Roman" w:cs="Times New Roman"/>
          <w:i/>
          <w:iCs/>
          <w:sz w:val="24"/>
          <w:szCs w:val="24"/>
          <w:lang w:val="pl-PL"/>
        </w:rPr>
      </w:pPr>
      <w:r w:rsidRPr="00620E2D">
        <w:rPr>
          <w:rFonts w:ascii="Times New Roman" w:hAnsi="Times New Roman" w:cs="Times New Roman"/>
          <w:i/>
          <w:iCs/>
          <w:sz w:val="24"/>
          <w:szCs w:val="24"/>
          <w:lang w:val="pl-PL"/>
        </w:rPr>
        <w:t>Ruchowa i zdrowotna aktywność dziecka:</w:t>
      </w:r>
    </w:p>
    <w:p w14:paraId="3BB75A0B" w14:textId="514D1591" w:rsidR="00620E2D" w:rsidRPr="00620E2D" w:rsidRDefault="00620E2D" w:rsidP="00620E2D">
      <w:pPr>
        <w:pStyle w:val="Akapitzlist"/>
        <w:numPr>
          <w:ilvl w:val="0"/>
          <w:numId w:val="3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620E2D">
        <w:rPr>
          <w:rFonts w:ascii="Times New Roman" w:hAnsi="Times New Roman" w:cs="Times New Roman"/>
          <w:sz w:val="24"/>
          <w:szCs w:val="24"/>
          <w:lang w:val="pl-PL"/>
        </w:rPr>
        <w:t>uczestniczenie w zabawach ruchowych (bieżnych, skocznych, rzutnych, równoważnych),</w:t>
      </w:r>
    </w:p>
    <w:p w14:paraId="04062D58" w14:textId="5B9B55C9" w:rsidR="00620E2D" w:rsidRPr="00620E2D" w:rsidRDefault="00620E2D" w:rsidP="00620E2D">
      <w:pPr>
        <w:pStyle w:val="Akapitzlist"/>
        <w:numPr>
          <w:ilvl w:val="0"/>
          <w:numId w:val="3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620E2D">
        <w:rPr>
          <w:rFonts w:ascii="Times New Roman" w:hAnsi="Times New Roman" w:cs="Times New Roman"/>
          <w:sz w:val="24"/>
          <w:szCs w:val="24"/>
          <w:lang w:val="pl-PL"/>
        </w:rPr>
        <w:t>przebywanie na świeżym powietrzu i obserwowanie przyrody,</w:t>
      </w:r>
    </w:p>
    <w:p w14:paraId="7C06382C" w14:textId="2000F4B8" w:rsidR="00620E2D" w:rsidRPr="00620E2D" w:rsidRDefault="00620E2D" w:rsidP="00620E2D">
      <w:pPr>
        <w:pStyle w:val="Akapitzlist"/>
        <w:numPr>
          <w:ilvl w:val="0"/>
          <w:numId w:val="3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620E2D">
        <w:rPr>
          <w:rFonts w:ascii="Times New Roman" w:hAnsi="Times New Roman" w:cs="Times New Roman"/>
          <w:sz w:val="24"/>
          <w:szCs w:val="24"/>
          <w:lang w:val="pl-PL"/>
        </w:rPr>
        <w:t>dbanie o higienę osobistą,</w:t>
      </w:r>
    </w:p>
    <w:p w14:paraId="15A5DA76" w14:textId="49CB7B4B" w:rsidR="00620E2D" w:rsidRPr="00620E2D" w:rsidRDefault="00620E2D" w:rsidP="00620E2D">
      <w:pPr>
        <w:pStyle w:val="Akapitzlist"/>
        <w:numPr>
          <w:ilvl w:val="0"/>
          <w:numId w:val="3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620E2D">
        <w:rPr>
          <w:rFonts w:ascii="Times New Roman" w:hAnsi="Times New Roman" w:cs="Times New Roman"/>
          <w:sz w:val="24"/>
          <w:szCs w:val="24"/>
          <w:lang w:val="pl-PL"/>
        </w:rPr>
        <w:t>przestrzeganie zasad bezpieczeństwa podczas zabaw,</w:t>
      </w:r>
    </w:p>
    <w:p w14:paraId="0F807E25" w14:textId="692E2FD1" w:rsidR="00620E2D" w:rsidRPr="00620E2D" w:rsidRDefault="00620E2D" w:rsidP="00620E2D">
      <w:pPr>
        <w:pStyle w:val="Akapitzlist"/>
        <w:numPr>
          <w:ilvl w:val="0"/>
          <w:numId w:val="3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620E2D">
        <w:rPr>
          <w:rFonts w:ascii="Times New Roman" w:hAnsi="Times New Roman" w:cs="Times New Roman"/>
          <w:sz w:val="24"/>
          <w:szCs w:val="24"/>
          <w:lang w:val="pl-PL"/>
        </w:rPr>
        <w:t>przeplatanie aktywności ruchowej z odpoczynkiem.</w:t>
      </w:r>
    </w:p>
    <w:p w14:paraId="4F73FBA0" w14:textId="77777777" w:rsidR="00620E2D" w:rsidRPr="00620E2D" w:rsidRDefault="00620E2D" w:rsidP="00620E2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pl-PL"/>
        </w:rPr>
      </w:pPr>
      <w:r w:rsidRPr="00620E2D">
        <w:rPr>
          <w:rFonts w:ascii="Times New Roman" w:hAnsi="Times New Roman" w:cs="Times New Roman"/>
          <w:b/>
          <w:bCs/>
          <w:sz w:val="24"/>
          <w:szCs w:val="24"/>
          <w:lang w:val="pl-PL"/>
        </w:rPr>
        <w:t>Emocjonalny obszar rozwoju dziecka</w:t>
      </w:r>
    </w:p>
    <w:p w14:paraId="37C79DF2" w14:textId="07DC8018" w:rsidR="00620E2D" w:rsidRPr="00913863" w:rsidRDefault="00620E2D" w:rsidP="00620E2D">
      <w:pPr>
        <w:spacing w:line="240" w:lineRule="auto"/>
        <w:rPr>
          <w:rFonts w:ascii="Times New Roman" w:hAnsi="Times New Roman" w:cs="Times New Roman"/>
          <w:i/>
          <w:iCs/>
          <w:sz w:val="24"/>
          <w:szCs w:val="24"/>
          <w:lang w:val="pl-PL"/>
        </w:rPr>
      </w:pPr>
      <w:r w:rsidRPr="00620E2D">
        <w:rPr>
          <w:rFonts w:ascii="Times New Roman" w:hAnsi="Times New Roman" w:cs="Times New Roman"/>
          <w:i/>
          <w:iCs/>
          <w:sz w:val="24"/>
          <w:szCs w:val="24"/>
          <w:lang w:val="pl-PL"/>
        </w:rPr>
        <w:t>Społeczna aktywność dziecka:</w:t>
      </w:r>
    </w:p>
    <w:p w14:paraId="0003130D" w14:textId="7B31C718" w:rsidR="00620E2D" w:rsidRPr="00913863" w:rsidRDefault="00620E2D" w:rsidP="00913863">
      <w:pPr>
        <w:pStyle w:val="Akapitzlist"/>
        <w:numPr>
          <w:ilvl w:val="0"/>
          <w:numId w:val="3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913863">
        <w:rPr>
          <w:rFonts w:ascii="Times New Roman" w:hAnsi="Times New Roman" w:cs="Times New Roman"/>
          <w:sz w:val="24"/>
          <w:szCs w:val="24"/>
          <w:lang w:val="pl-PL"/>
        </w:rPr>
        <w:t>podejmowanie wspólnych zabaw,</w:t>
      </w:r>
    </w:p>
    <w:p w14:paraId="10FE8DCD" w14:textId="587775D9" w:rsidR="00620E2D" w:rsidRPr="00913863" w:rsidRDefault="00620E2D" w:rsidP="00913863">
      <w:pPr>
        <w:pStyle w:val="Akapitzlist"/>
        <w:numPr>
          <w:ilvl w:val="0"/>
          <w:numId w:val="3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913863">
        <w:rPr>
          <w:rFonts w:ascii="Times New Roman" w:hAnsi="Times New Roman" w:cs="Times New Roman"/>
          <w:sz w:val="24"/>
          <w:szCs w:val="24"/>
          <w:lang w:val="pl-PL"/>
        </w:rPr>
        <w:t>wyrażanie i nazywanie emocji związanych z obserwacją przyrody,</w:t>
      </w:r>
    </w:p>
    <w:p w14:paraId="1092AE2B" w14:textId="57129283" w:rsidR="00620E2D" w:rsidRPr="00913863" w:rsidRDefault="00620E2D" w:rsidP="00913863">
      <w:pPr>
        <w:pStyle w:val="Akapitzlist"/>
        <w:numPr>
          <w:ilvl w:val="0"/>
          <w:numId w:val="3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913863">
        <w:rPr>
          <w:rFonts w:ascii="Times New Roman" w:hAnsi="Times New Roman" w:cs="Times New Roman"/>
          <w:sz w:val="24"/>
          <w:szCs w:val="24"/>
          <w:lang w:val="pl-PL"/>
        </w:rPr>
        <w:t>dzielenie się wrażeniami z obserwacji zmian w otoczeniu,</w:t>
      </w:r>
    </w:p>
    <w:p w14:paraId="66306DDD" w14:textId="44E0C971" w:rsidR="00620E2D" w:rsidRPr="00913863" w:rsidRDefault="00620E2D" w:rsidP="00913863">
      <w:pPr>
        <w:pStyle w:val="Akapitzlist"/>
        <w:numPr>
          <w:ilvl w:val="0"/>
          <w:numId w:val="3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913863">
        <w:rPr>
          <w:rFonts w:ascii="Times New Roman" w:hAnsi="Times New Roman" w:cs="Times New Roman"/>
          <w:sz w:val="24"/>
          <w:szCs w:val="24"/>
          <w:lang w:val="pl-PL"/>
        </w:rPr>
        <w:t>szanowanie wytworów pracy innych,</w:t>
      </w:r>
    </w:p>
    <w:p w14:paraId="219B2627" w14:textId="6B164571" w:rsidR="00620E2D" w:rsidRPr="00913863" w:rsidRDefault="00620E2D" w:rsidP="00620E2D">
      <w:pPr>
        <w:pStyle w:val="Akapitzlist"/>
        <w:numPr>
          <w:ilvl w:val="0"/>
          <w:numId w:val="3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913863">
        <w:rPr>
          <w:rFonts w:ascii="Times New Roman" w:hAnsi="Times New Roman" w:cs="Times New Roman"/>
          <w:sz w:val="24"/>
          <w:szCs w:val="24"/>
          <w:lang w:val="pl-PL"/>
        </w:rPr>
        <w:t>zwracanie się o pomoc w trudnych sytuacjach.</w:t>
      </w:r>
    </w:p>
    <w:p w14:paraId="581375D1" w14:textId="77777777" w:rsidR="00620E2D" w:rsidRPr="00620E2D" w:rsidRDefault="00620E2D" w:rsidP="00620E2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pl-PL"/>
        </w:rPr>
      </w:pPr>
      <w:r w:rsidRPr="00620E2D">
        <w:rPr>
          <w:rFonts w:ascii="Times New Roman" w:hAnsi="Times New Roman" w:cs="Times New Roman"/>
          <w:b/>
          <w:bCs/>
          <w:sz w:val="24"/>
          <w:szCs w:val="24"/>
          <w:lang w:val="pl-PL"/>
        </w:rPr>
        <w:t>Społeczny obszar rozwoju dziecka</w:t>
      </w:r>
    </w:p>
    <w:p w14:paraId="58BB4750" w14:textId="7C7700DE" w:rsidR="00620E2D" w:rsidRPr="00913863" w:rsidRDefault="00620E2D" w:rsidP="00620E2D">
      <w:pPr>
        <w:spacing w:line="240" w:lineRule="auto"/>
        <w:rPr>
          <w:rFonts w:ascii="Times New Roman" w:hAnsi="Times New Roman" w:cs="Times New Roman"/>
          <w:i/>
          <w:iCs/>
          <w:sz w:val="24"/>
          <w:szCs w:val="24"/>
          <w:lang w:val="pl-PL"/>
        </w:rPr>
      </w:pPr>
      <w:r w:rsidRPr="00620E2D">
        <w:rPr>
          <w:rFonts w:ascii="Times New Roman" w:hAnsi="Times New Roman" w:cs="Times New Roman"/>
          <w:i/>
          <w:iCs/>
          <w:sz w:val="24"/>
          <w:szCs w:val="24"/>
          <w:lang w:val="pl-PL"/>
        </w:rPr>
        <w:t>Społeczna aktywność dziecka:</w:t>
      </w:r>
    </w:p>
    <w:p w14:paraId="23ABB024" w14:textId="3DC72723" w:rsidR="00620E2D" w:rsidRPr="00913863" w:rsidRDefault="00620E2D" w:rsidP="00913863">
      <w:pPr>
        <w:pStyle w:val="Akapitzlist"/>
        <w:numPr>
          <w:ilvl w:val="0"/>
          <w:numId w:val="3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913863">
        <w:rPr>
          <w:rFonts w:ascii="Times New Roman" w:hAnsi="Times New Roman" w:cs="Times New Roman"/>
          <w:sz w:val="24"/>
          <w:szCs w:val="24"/>
          <w:lang w:val="pl-PL"/>
        </w:rPr>
        <w:t>podawanie swojego imienia i nazwiska,</w:t>
      </w:r>
    </w:p>
    <w:p w14:paraId="0C911405" w14:textId="35AD2FB4" w:rsidR="00620E2D" w:rsidRPr="00913863" w:rsidRDefault="00620E2D" w:rsidP="00913863">
      <w:pPr>
        <w:pStyle w:val="Akapitzlist"/>
        <w:numPr>
          <w:ilvl w:val="0"/>
          <w:numId w:val="3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913863">
        <w:rPr>
          <w:rFonts w:ascii="Times New Roman" w:hAnsi="Times New Roman" w:cs="Times New Roman"/>
          <w:sz w:val="24"/>
          <w:szCs w:val="24"/>
          <w:lang w:val="pl-PL"/>
        </w:rPr>
        <w:t>przestrzeganie ustalonych zasad obowiązujących w grupie,</w:t>
      </w:r>
    </w:p>
    <w:p w14:paraId="34B9CD79" w14:textId="3BC6EEB0" w:rsidR="00620E2D" w:rsidRPr="00913863" w:rsidRDefault="00620E2D" w:rsidP="00913863">
      <w:pPr>
        <w:pStyle w:val="Akapitzlist"/>
        <w:numPr>
          <w:ilvl w:val="0"/>
          <w:numId w:val="3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913863">
        <w:rPr>
          <w:rFonts w:ascii="Times New Roman" w:hAnsi="Times New Roman" w:cs="Times New Roman"/>
          <w:sz w:val="24"/>
          <w:szCs w:val="24"/>
          <w:lang w:val="pl-PL"/>
        </w:rPr>
        <w:t>współdziałanie podczas zabaw i zajęć,</w:t>
      </w:r>
    </w:p>
    <w:p w14:paraId="570C63A3" w14:textId="2D206DA6" w:rsidR="00620E2D" w:rsidRPr="00913863" w:rsidRDefault="00620E2D" w:rsidP="00913863">
      <w:pPr>
        <w:pStyle w:val="Akapitzlist"/>
        <w:numPr>
          <w:ilvl w:val="0"/>
          <w:numId w:val="3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913863">
        <w:rPr>
          <w:rFonts w:ascii="Times New Roman" w:hAnsi="Times New Roman" w:cs="Times New Roman"/>
          <w:sz w:val="24"/>
          <w:szCs w:val="24"/>
          <w:lang w:val="pl-PL"/>
        </w:rPr>
        <w:t>odpowiadanie na pytania i formułowanie własnych,</w:t>
      </w:r>
    </w:p>
    <w:p w14:paraId="5C0E2415" w14:textId="079C1B95" w:rsidR="00620E2D" w:rsidRPr="00913863" w:rsidRDefault="00620E2D" w:rsidP="00620E2D">
      <w:pPr>
        <w:pStyle w:val="Akapitzlist"/>
        <w:numPr>
          <w:ilvl w:val="0"/>
          <w:numId w:val="3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913863">
        <w:rPr>
          <w:rFonts w:ascii="Times New Roman" w:hAnsi="Times New Roman" w:cs="Times New Roman"/>
          <w:sz w:val="24"/>
          <w:szCs w:val="24"/>
          <w:lang w:val="pl-PL"/>
        </w:rPr>
        <w:t>prezentowanie swoich prac i dokonywanie prostej samooceny.</w:t>
      </w:r>
    </w:p>
    <w:p w14:paraId="258B2527" w14:textId="77777777" w:rsidR="00620E2D" w:rsidRPr="00620E2D" w:rsidRDefault="00620E2D" w:rsidP="00620E2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pl-PL"/>
        </w:rPr>
      </w:pPr>
      <w:r w:rsidRPr="00620E2D">
        <w:rPr>
          <w:rFonts w:ascii="Times New Roman" w:hAnsi="Times New Roman" w:cs="Times New Roman"/>
          <w:b/>
          <w:bCs/>
          <w:sz w:val="24"/>
          <w:szCs w:val="24"/>
          <w:lang w:val="pl-PL"/>
        </w:rPr>
        <w:t>Poznawczy obszar rozwoju dziecka</w:t>
      </w:r>
    </w:p>
    <w:p w14:paraId="661D15BE" w14:textId="77777777" w:rsidR="00620E2D" w:rsidRPr="00620E2D" w:rsidRDefault="00620E2D" w:rsidP="00620E2D">
      <w:pPr>
        <w:spacing w:line="240" w:lineRule="auto"/>
        <w:rPr>
          <w:rFonts w:ascii="Times New Roman" w:hAnsi="Times New Roman" w:cs="Times New Roman"/>
          <w:i/>
          <w:iCs/>
          <w:sz w:val="24"/>
          <w:szCs w:val="24"/>
          <w:lang w:val="pl-PL"/>
        </w:rPr>
      </w:pPr>
      <w:r w:rsidRPr="00620E2D">
        <w:rPr>
          <w:rFonts w:ascii="Times New Roman" w:hAnsi="Times New Roman" w:cs="Times New Roman"/>
          <w:i/>
          <w:iCs/>
          <w:sz w:val="24"/>
          <w:szCs w:val="24"/>
          <w:lang w:val="pl-PL"/>
        </w:rPr>
        <w:t>Społeczna aktywność dziecka:</w:t>
      </w:r>
    </w:p>
    <w:p w14:paraId="04D80C4B" w14:textId="77777777" w:rsidR="00620E2D" w:rsidRPr="00620E2D" w:rsidRDefault="00620E2D" w:rsidP="00620E2D">
      <w:p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</w:p>
    <w:p w14:paraId="6F5C4CCB" w14:textId="033691B8" w:rsidR="00620E2D" w:rsidRPr="00913863" w:rsidRDefault="00620E2D" w:rsidP="00913863">
      <w:pPr>
        <w:pStyle w:val="Akapitzlist"/>
        <w:numPr>
          <w:ilvl w:val="0"/>
          <w:numId w:val="3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913863">
        <w:rPr>
          <w:rFonts w:ascii="Times New Roman" w:hAnsi="Times New Roman" w:cs="Times New Roman"/>
          <w:sz w:val="24"/>
          <w:szCs w:val="24"/>
          <w:lang w:val="pl-PL"/>
        </w:rPr>
        <w:lastRenderedPageBreak/>
        <w:t>obserwowanie zmian zachodzących w przyrodzie wczesną wiosną (topnienie śniegu, pierwsze kwiaty, powracające ptaki),</w:t>
      </w:r>
    </w:p>
    <w:p w14:paraId="42FB06C0" w14:textId="20F0BF09" w:rsidR="00620E2D" w:rsidRPr="00913863" w:rsidRDefault="00620E2D" w:rsidP="00913863">
      <w:pPr>
        <w:pStyle w:val="Akapitzlist"/>
        <w:numPr>
          <w:ilvl w:val="0"/>
          <w:numId w:val="3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913863">
        <w:rPr>
          <w:rFonts w:ascii="Times New Roman" w:hAnsi="Times New Roman" w:cs="Times New Roman"/>
          <w:sz w:val="24"/>
          <w:szCs w:val="24"/>
          <w:lang w:val="pl-PL"/>
        </w:rPr>
        <w:t>określanie tego, co dziecko robi dobrze,</w:t>
      </w:r>
    </w:p>
    <w:p w14:paraId="0AB5734A" w14:textId="65B106FA" w:rsidR="00620E2D" w:rsidRPr="00913863" w:rsidRDefault="00620E2D" w:rsidP="00620E2D">
      <w:pPr>
        <w:pStyle w:val="Akapitzlist"/>
        <w:numPr>
          <w:ilvl w:val="0"/>
          <w:numId w:val="3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913863">
        <w:rPr>
          <w:rFonts w:ascii="Times New Roman" w:hAnsi="Times New Roman" w:cs="Times New Roman"/>
          <w:sz w:val="24"/>
          <w:szCs w:val="24"/>
          <w:lang w:val="pl-PL"/>
        </w:rPr>
        <w:t>spacerowanie i prowadzenie obserwacji w najbliższym otoczeniu.</w:t>
      </w:r>
    </w:p>
    <w:p w14:paraId="28976B63" w14:textId="42B40540" w:rsidR="00620E2D" w:rsidRPr="00913863" w:rsidRDefault="00620E2D" w:rsidP="00620E2D">
      <w:pPr>
        <w:spacing w:line="240" w:lineRule="auto"/>
        <w:rPr>
          <w:rFonts w:ascii="Times New Roman" w:hAnsi="Times New Roman" w:cs="Times New Roman"/>
          <w:i/>
          <w:iCs/>
          <w:sz w:val="24"/>
          <w:szCs w:val="24"/>
          <w:lang w:val="pl-PL"/>
        </w:rPr>
      </w:pPr>
      <w:r w:rsidRPr="00620E2D">
        <w:rPr>
          <w:rFonts w:ascii="Times New Roman" w:hAnsi="Times New Roman" w:cs="Times New Roman"/>
          <w:i/>
          <w:iCs/>
          <w:sz w:val="24"/>
          <w:szCs w:val="24"/>
          <w:lang w:val="pl-PL"/>
        </w:rPr>
        <w:t>Językowa aktywność dziecka:</w:t>
      </w:r>
    </w:p>
    <w:p w14:paraId="53FF6DD6" w14:textId="0F88D7B7" w:rsidR="00620E2D" w:rsidRPr="00913863" w:rsidRDefault="00620E2D" w:rsidP="00913863">
      <w:pPr>
        <w:pStyle w:val="Akapitzlist"/>
        <w:numPr>
          <w:ilvl w:val="0"/>
          <w:numId w:val="3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913863">
        <w:rPr>
          <w:rFonts w:ascii="Times New Roman" w:hAnsi="Times New Roman" w:cs="Times New Roman"/>
          <w:sz w:val="24"/>
          <w:szCs w:val="24"/>
          <w:lang w:val="pl-PL"/>
        </w:rPr>
        <w:t>wypowiadanie się na temat obserwowanych zjawisk,</w:t>
      </w:r>
    </w:p>
    <w:p w14:paraId="09257F6A" w14:textId="6F4FC9D4" w:rsidR="00620E2D" w:rsidRPr="00913863" w:rsidRDefault="00620E2D" w:rsidP="00913863">
      <w:pPr>
        <w:pStyle w:val="Akapitzlist"/>
        <w:numPr>
          <w:ilvl w:val="0"/>
          <w:numId w:val="3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913863">
        <w:rPr>
          <w:rFonts w:ascii="Times New Roman" w:hAnsi="Times New Roman" w:cs="Times New Roman"/>
          <w:sz w:val="24"/>
          <w:szCs w:val="24"/>
          <w:lang w:val="pl-PL"/>
        </w:rPr>
        <w:t>słuchanie opowiadań i wierszy o tematyce wiosennej,</w:t>
      </w:r>
    </w:p>
    <w:p w14:paraId="7E95C2B9" w14:textId="24CBADA0" w:rsidR="00620E2D" w:rsidRPr="00913863" w:rsidRDefault="00620E2D" w:rsidP="00913863">
      <w:pPr>
        <w:pStyle w:val="Akapitzlist"/>
        <w:numPr>
          <w:ilvl w:val="0"/>
          <w:numId w:val="3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913863">
        <w:rPr>
          <w:rFonts w:ascii="Times New Roman" w:hAnsi="Times New Roman" w:cs="Times New Roman"/>
          <w:sz w:val="24"/>
          <w:szCs w:val="24"/>
          <w:lang w:val="pl-PL"/>
        </w:rPr>
        <w:t>dzielenie wyrazów na sylaby,</w:t>
      </w:r>
    </w:p>
    <w:p w14:paraId="525C1C68" w14:textId="758D096D" w:rsidR="00620E2D" w:rsidRPr="00913863" w:rsidRDefault="00620E2D" w:rsidP="00913863">
      <w:pPr>
        <w:pStyle w:val="Akapitzlist"/>
        <w:numPr>
          <w:ilvl w:val="0"/>
          <w:numId w:val="3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913863">
        <w:rPr>
          <w:rFonts w:ascii="Times New Roman" w:hAnsi="Times New Roman" w:cs="Times New Roman"/>
          <w:sz w:val="24"/>
          <w:szCs w:val="24"/>
          <w:lang w:val="pl-PL"/>
        </w:rPr>
        <w:t>układanie prostych zdań i rymów,</w:t>
      </w:r>
    </w:p>
    <w:p w14:paraId="3C1372E2" w14:textId="2B8A4459" w:rsidR="00620E2D" w:rsidRPr="00913863" w:rsidRDefault="00620E2D" w:rsidP="00620E2D">
      <w:pPr>
        <w:pStyle w:val="Akapitzlist"/>
        <w:numPr>
          <w:ilvl w:val="0"/>
          <w:numId w:val="3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913863">
        <w:rPr>
          <w:rFonts w:ascii="Times New Roman" w:hAnsi="Times New Roman" w:cs="Times New Roman"/>
          <w:sz w:val="24"/>
          <w:szCs w:val="24"/>
          <w:lang w:val="pl-PL"/>
        </w:rPr>
        <w:t>rozpoznawanie wybranych liter i symboli.</w:t>
      </w:r>
    </w:p>
    <w:p w14:paraId="7D074023" w14:textId="4692E891" w:rsidR="00620E2D" w:rsidRPr="00913863" w:rsidRDefault="00620E2D" w:rsidP="00620E2D">
      <w:pPr>
        <w:spacing w:line="240" w:lineRule="auto"/>
        <w:rPr>
          <w:rFonts w:ascii="Times New Roman" w:hAnsi="Times New Roman" w:cs="Times New Roman"/>
          <w:i/>
          <w:iCs/>
          <w:sz w:val="24"/>
          <w:szCs w:val="24"/>
          <w:lang w:val="pl-PL"/>
        </w:rPr>
      </w:pPr>
      <w:r w:rsidRPr="00620E2D">
        <w:rPr>
          <w:rFonts w:ascii="Times New Roman" w:hAnsi="Times New Roman" w:cs="Times New Roman"/>
          <w:i/>
          <w:iCs/>
          <w:sz w:val="24"/>
          <w:szCs w:val="24"/>
          <w:lang w:val="pl-PL"/>
        </w:rPr>
        <w:t>Aktywność poznawcza:</w:t>
      </w:r>
    </w:p>
    <w:p w14:paraId="1A346CF0" w14:textId="7990E300" w:rsidR="00620E2D" w:rsidRPr="00913863" w:rsidRDefault="00620E2D" w:rsidP="00913863">
      <w:pPr>
        <w:pStyle w:val="Akapitzlist"/>
        <w:numPr>
          <w:ilvl w:val="0"/>
          <w:numId w:val="3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913863">
        <w:rPr>
          <w:rFonts w:ascii="Times New Roman" w:hAnsi="Times New Roman" w:cs="Times New Roman"/>
          <w:sz w:val="24"/>
          <w:szCs w:val="24"/>
          <w:lang w:val="pl-PL"/>
        </w:rPr>
        <w:t>rozwiązywanie prostych zagadek,</w:t>
      </w:r>
    </w:p>
    <w:p w14:paraId="6843EE27" w14:textId="7CF757AA" w:rsidR="00620E2D" w:rsidRPr="00913863" w:rsidRDefault="00620E2D" w:rsidP="00913863">
      <w:pPr>
        <w:pStyle w:val="Akapitzlist"/>
        <w:numPr>
          <w:ilvl w:val="0"/>
          <w:numId w:val="3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913863">
        <w:rPr>
          <w:rFonts w:ascii="Times New Roman" w:hAnsi="Times New Roman" w:cs="Times New Roman"/>
          <w:sz w:val="24"/>
          <w:szCs w:val="24"/>
          <w:lang w:val="pl-PL"/>
        </w:rPr>
        <w:t>liczenie przedmiotów i porównywanie liczebności zbiorów,</w:t>
      </w:r>
    </w:p>
    <w:p w14:paraId="11144C80" w14:textId="0CF31B37" w:rsidR="00620E2D" w:rsidRPr="00913863" w:rsidRDefault="00620E2D" w:rsidP="00913863">
      <w:pPr>
        <w:pStyle w:val="Akapitzlist"/>
        <w:numPr>
          <w:ilvl w:val="0"/>
          <w:numId w:val="3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913863">
        <w:rPr>
          <w:rFonts w:ascii="Times New Roman" w:hAnsi="Times New Roman" w:cs="Times New Roman"/>
          <w:sz w:val="24"/>
          <w:szCs w:val="24"/>
          <w:lang w:val="pl-PL"/>
        </w:rPr>
        <w:t>klasyfikowanie przedmiotów według podanej cechy,</w:t>
      </w:r>
    </w:p>
    <w:p w14:paraId="52C7876A" w14:textId="3DAA9CE6" w:rsidR="00620E2D" w:rsidRPr="00913863" w:rsidRDefault="00620E2D" w:rsidP="00913863">
      <w:pPr>
        <w:pStyle w:val="Akapitzlist"/>
        <w:numPr>
          <w:ilvl w:val="0"/>
          <w:numId w:val="3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913863">
        <w:rPr>
          <w:rFonts w:ascii="Times New Roman" w:hAnsi="Times New Roman" w:cs="Times New Roman"/>
          <w:sz w:val="24"/>
          <w:szCs w:val="24"/>
          <w:lang w:val="pl-PL"/>
        </w:rPr>
        <w:t>rozwijanie myślenia przyczynowo–skutkowego,</w:t>
      </w:r>
    </w:p>
    <w:p w14:paraId="4BA2E132" w14:textId="6720FFB2" w:rsidR="00620E2D" w:rsidRPr="00913863" w:rsidRDefault="00620E2D" w:rsidP="00913863">
      <w:pPr>
        <w:pStyle w:val="Akapitzlist"/>
        <w:numPr>
          <w:ilvl w:val="0"/>
          <w:numId w:val="3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913863">
        <w:rPr>
          <w:rFonts w:ascii="Times New Roman" w:hAnsi="Times New Roman" w:cs="Times New Roman"/>
          <w:sz w:val="24"/>
          <w:szCs w:val="24"/>
          <w:lang w:val="pl-PL"/>
        </w:rPr>
        <w:t>dbanie o rośliny w sali i obserwowanie ich wzrostu,</w:t>
      </w:r>
    </w:p>
    <w:p w14:paraId="42A62663" w14:textId="349401E9" w:rsidR="00620E2D" w:rsidRPr="00913863" w:rsidRDefault="00620E2D" w:rsidP="00913863">
      <w:pPr>
        <w:pStyle w:val="Akapitzlist"/>
        <w:numPr>
          <w:ilvl w:val="0"/>
          <w:numId w:val="3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913863">
        <w:rPr>
          <w:rFonts w:ascii="Times New Roman" w:hAnsi="Times New Roman" w:cs="Times New Roman"/>
          <w:sz w:val="24"/>
          <w:szCs w:val="24"/>
          <w:lang w:val="pl-PL"/>
        </w:rPr>
        <w:t>uczestniczenie w zabawach badawczych i twórczych.</w:t>
      </w:r>
    </w:p>
    <w:p w14:paraId="73AD07A1" w14:textId="457BC87F" w:rsidR="00620E2D" w:rsidRPr="00620E2D" w:rsidRDefault="00620E2D" w:rsidP="00620E2D">
      <w:p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620E2D">
        <w:rPr>
          <w:rFonts w:ascii="Times New Roman" w:hAnsi="Times New Roman" w:cs="Times New Roman"/>
          <w:sz w:val="24"/>
          <w:szCs w:val="24"/>
          <w:lang w:val="pl-PL"/>
        </w:rPr>
        <w:t>Program wychowania przedszkolnego, Grupa MAC S.A. 2020</w:t>
      </w:r>
      <w:r w:rsidR="00913863">
        <w:rPr>
          <w:rFonts w:ascii="Times New Roman" w:hAnsi="Times New Roman" w:cs="Times New Roman"/>
          <w:sz w:val="24"/>
          <w:szCs w:val="24"/>
          <w:lang w:val="pl-PL"/>
        </w:rPr>
        <w:t>,</w:t>
      </w:r>
      <w:r w:rsidRPr="00620E2D">
        <w:rPr>
          <w:rFonts w:ascii="Times New Roman" w:hAnsi="Times New Roman" w:cs="Times New Roman"/>
          <w:sz w:val="24"/>
          <w:szCs w:val="24"/>
          <w:lang w:val="pl-PL"/>
        </w:rPr>
        <w:t>(s. 41–45, 46–48, 50, 52–54, 56–62, 65–68, 70–73, 75, 77, 79).</w:t>
      </w:r>
    </w:p>
    <w:p w14:paraId="5696173E" w14:textId="77777777" w:rsidR="00C44DA0" w:rsidRPr="00E051B3" w:rsidRDefault="00C44DA0" w:rsidP="00E051B3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pl-PL"/>
        </w:rPr>
      </w:pPr>
    </w:p>
    <w:p w14:paraId="04FE84DC" w14:textId="624A0CBC" w:rsidR="00DD15C1" w:rsidRPr="00E051B3" w:rsidRDefault="00000000" w:rsidP="00E051B3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pl-PL"/>
        </w:rPr>
      </w:pPr>
      <w:r w:rsidRPr="00E051B3">
        <w:rPr>
          <w:rFonts w:ascii="Times New Roman" w:hAnsi="Times New Roman" w:cs="Times New Roman"/>
          <w:b/>
          <w:bCs/>
          <w:sz w:val="24"/>
          <w:szCs w:val="24"/>
          <w:lang w:val="pl-PL"/>
        </w:rPr>
        <w:t>TYDZIEŃ IV</w:t>
      </w:r>
    </w:p>
    <w:p w14:paraId="431C12EF" w14:textId="734E91A0" w:rsidR="00C44DA0" w:rsidRPr="00E051B3" w:rsidRDefault="00C44DA0" w:rsidP="00E051B3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pl-PL"/>
        </w:rPr>
      </w:pPr>
      <w:r w:rsidRPr="00E051B3">
        <w:rPr>
          <w:rFonts w:ascii="Times New Roman" w:hAnsi="Times New Roman" w:cs="Times New Roman"/>
          <w:b/>
          <w:bCs/>
          <w:sz w:val="24"/>
          <w:szCs w:val="24"/>
          <w:lang w:val="pl-PL"/>
        </w:rPr>
        <w:t xml:space="preserve">Temat tygodnia: </w:t>
      </w:r>
      <w:r w:rsidR="00DA5F7F" w:rsidRPr="00DA5F7F">
        <w:rPr>
          <w:rFonts w:ascii="Times New Roman" w:hAnsi="Times New Roman" w:cs="Times New Roman"/>
          <w:sz w:val="24"/>
          <w:szCs w:val="24"/>
          <w:lang w:val="pl-PL"/>
        </w:rPr>
        <w:t>Wiosna w polu i w ogrodzie</w:t>
      </w:r>
    </w:p>
    <w:p w14:paraId="2BCD40E7" w14:textId="77777777" w:rsidR="00DA5F7F" w:rsidRPr="00DA5F7F" w:rsidRDefault="00DA5F7F" w:rsidP="00DA5F7F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pl-PL"/>
        </w:rPr>
      </w:pPr>
      <w:r w:rsidRPr="00DA5F7F">
        <w:rPr>
          <w:rFonts w:ascii="Times New Roman" w:hAnsi="Times New Roman" w:cs="Times New Roman"/>
          <w:b/>
          <w:bCs/>
          <w:sz w:val="24"/>
          <w:szCs w:val="24"/>
          <w:lang w:val="pl-PL"/>
        </w:rPr>
        <w:t>Treści programowe:</w:t>
      </w:r>
    </w:p>
    <w:p w14:paraId="7C3F9CDB" w14:textId="77777777" w:rsidR="00DA5F7F" w:rsidRPr="00DA5F7F" w:rsidRDefault="00DA5F7F" w:rsidP="00DA5F7F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pl-PL"/>
        </w:rPr>
      </w:pPr>
      <w:r w:rsidRPr="00DA5F7F">
        <w:rPr>
          <w:rFonts w:ascii="Times New Roman" w:hAnsi="Times New Roman" w:cs="Times New Roman"/>
          <w:b/>
          <w:bCs/>
          <w:sz w:val="24"/>
          <w:szCs w:val="24"/>
          <w:lang w:val="pl-PL"/>
        </w:rPr>
        <w:t>Fizyczny obszar rozwoju dziecka</w:t>
      </w:r>
    </w:p>
    <w:p w14:paraId="2D858F86" w14:textId="1C69AE8D" w:rsidR="00DA5F7F" w:rsidRPr="00DA5F7F" w:rsidRDefault="00DA5F7F" w:rsidP="00DA5F7F">
      <w:pPr>
        <w:spacing w:line="240" w:lineRule="auto"/>
        <w:rPr>
          <w:rFonts w:ascii="Times New Roman" w:hAnsi="Times New Roman" w:cs="Times New Roman"/>
          <w:i/>
          <w:iCs/>
          <w:sz w:val="24"/>
          <w:szCs w:val="24"/>
          <w:lang w:val="pl-PL"/>
        </w:rPr>
      </w:pPr>
      <w:r w:rsidRPr="00DA5F7F">
        <w:rPr>
          <w:rFonts w:ascii="Times New Roman" w:hAnsi="Times New Roman" w:cs="Times New Roman"/>
          <w:i/>
          <w:iCs/>
          <w:sz w:val="24"/>
          <w:szCs w:val="24"/>
          <w:lang w:val="pl-PL"/>
        </w:rPr>
        <w:t>Społeczna aktywność dziecka:</w:t>
      </w:r>
    </w:p>
    <w:p w14:paraId="77DFC977" w14:textId="1D61B8EE" w:rsidR="00DA5F7F" w:rsidRPr="00DA5F7F" w:rsidRDefault="00DA5F7F" w:rsidP="00DA5F7F">
      <w:pPr>
        <w:pStyle w:val="Akapitzlist"/>
        <w:numPr>
          <w:ilvl w:val="0"/>
          <w:numId w:val="3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DA5F7F">
        <w:rPr>
          <w:rFonts w:ascii="Times New Roman" w:hAnsi="Times New Roman" w:cs="Times New Roman"/>
          <w:sz w:val="24"/>
          <w:szCs w:val="24"/>
          <w:lang w:val="pl-PL"/>
        </w:rPr>
        <w:t>korzystanie z własnych zmysłów podczas obserwacji przyrody,</w:t>
      </w:r>
    </w:p>
    <w:p w14:paraId="5F40C680" w14:textId="043C6682" w:rsidR="00DA5F7F" w:rsidRPr="00DA5F7F" w:rsidRDefault="00DA5F7F" w:rsidP="00DA5F7F">
      <w:pPr>
        <w:pStyle w:val="Akapitzlist"/>
        <w:numPr>
          <w:ilvl w:val="0"/>
          <w:numId w:val="3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DA5F7F">
        <w:rPr>
          <w:rFonts w:ascii="Times New Roman" w:hAnsi="Times New Roman" w:cs="Times New Roman"/>
          <w:sz w:val="24"/>
          <w:szCs w:val="24"/>
          <w:lang w:val="pl-PL"/>
        </w:rPr>
        <w:t>samodzielne korzystanie z toalety,</w:t>
      </w:r>
    </w:p>
    <w:p w14:paraId="530C0879" w14:textId="3EA5A8B3" w:rsidR="00DA5F7F" w:rsidRPr="00DA5F7F" w:rsidRDefault="00DA5F7F" w:rsidP="00DA5F7F">
      <w:pPr>
        <w:pStyle w:val="Akapitzlist"/>
        <w:numPr>
          <w:ilvl w:val="0"/>
          <w:numId w:val="3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DA5F7F">
        <w:rPr>
          <w:rFonts w:ascii="Times New Roman" w:hAnsi="Times New Roman" w:cs="Times New Roman"/>
          <w:sz w:val="24"/>
          <w:szCs w:val="24"/>
          <w:lang w:val="pl-PL"/>
        </w:rPr>
        <w:t>udział w porządkowaniu sali po zabawie,</w:t>
      </w:r>
    </w:p>
    <w:p w14:paraId="0FADD9FC" w14:textId="2E0E82CE" w:rsidR="00DA5F7F" w:rsidRPr="00DA5F7F" w:rsidRDefault="00DA5F7F" w:rsidP="00DA5F7F">
      <w:pPr>
        <w:pStyle w:val="Akapitzlist"/>
        <w:numPr>
          <w:ilvl w:val="0"/>
          <w:numId w:val="3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DA5F7F">
        <w:rPr>
          <w:rFonts w:ascii="Times New Roman" w:hAnsi="Times New Roman" w:cs="Times New Roman"/>
          <w:sz w:val="24"/>
          <w:szCs w:val="24"/>
          <w:lang w:val="pl-PL"/>
        </w:rPr>
        <w:t>dbanie o kulturę spożywania posiłków,</w:t>
      </w:r>
    </w:p>
    <w:p w14:paraId="09B5D45F" w14:textId="0D893A59" w:rsidR="00DA5F7F" w:rsidRPr="00DA5F7F" w:rsidRDefault="00DA5F7F" w:rsidP="00DA5F7F">
      <w:pPr>
        <w:pStyle w:val="Akapitzlist"/>
        <w:numPr>
          <w:ilvl w:val="0"/>
          <w:numId w:val="3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DA5F7F">
        <w:rPr>
          <w:rFonts w:ascii="Times New Roman" w:hAnsi="Times New Roman" w:cs="Times New Roman"/>
          <w:sz w:val="24"/>
          <w:szCs w:val="24"/>
          <w:lang w:val="pl-PL"/>
        </w:rPr>
        <w:t>samodzielne ubieranie się odpowiednio do warunków atmosferycznych.</w:t>
      </w:r>
    </w:p>
    <w:p w14:paraId="7F2426E7" w14:textId="3E57183E" w:rsidR="00DA5F7F" w:rsidRPr="00DA5F7F" w:rsidRDefault="00DA5F7F" w:rsidP="00DA5F7F">
      <w:pPr>
        <w:spacing w:line="240" w:lineRule="auto"/>
        <w:rPr>
          <w:rFonts w:ascii="Times New Roman" w:hAnsi="Times New Roman" w:cs="Times New Roman"/>
          <w:i/>
          <w:iCs/>
          <w:sz w:val="24"/>
          <w:szCs w:val="24"/>
          <w:lang w:val="pl-PL"/>
        </w:rPr>
      </w:pPr>
      <w:r w:rsidRPr="00DA5F7F">
        <w:rPr>
          <w:rFonts w:ascii="Times New Roman" w:hAnsi="Times New Roman" w:cs="Times New Roman"/>
          <w:i/>
          <w:iCs/>
          <w:sz w:val="24"/>
          <w:szCs w:val="24"/>
          <w:lang w:val="pl-PL"/>
        </w:rPr>
        <w:t>Językowa aktywność dziecka:</w:t>
      </w:r>
    </w:p>
    <w:p w14:paraId="28F56C1F" w14:textId="386DAAEB" w:rsidR="00DA5F7F" w:rsidRPr="00DA5F7F" w:rsidRDefault="00DA5F7F" w:rsidP="00DA5F7F">
      <w:pPr>
        <w:pStyle w:val="Akapitzlist"/>
        <w:numPr>
          <w:ilvl w:val="0"/>
          <w:numId w:val="3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DA5F7F">
        <w:rPr>
          <w:rFonts w:ascii="Times New Roman" w:hAnsi="Times New Roman" w:cs="Times New Roman"/>
          <w:sz w:val="24"/>
          <w:szCs w:val="24"/>
          <w:lang w:val="pl-PL"/>
        </w:rPr>
        <w:t>rozwijanie sprawności ruchowej i koordynacji wzrokowo–ruchowej,</w:t>
      </w:r>
    </w:p>
    <w:p w14:paraId="6A41B302" w14:textId="2934F89B" w:rsidR="00DA5F7F" w:rsidRPr="00DA5F7F" w:rsidRDefault="00DA5F7F" w:rsidP="00DA5F7F">
      <w:pPr>
        <w:pStyle w:val="Akapitzlist"/>
        <w:numPr>
          <w:ilvl w:val="0"/>
          <w:numId w:val="3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DA5F7F">
        <w:rPr>
          <w:rFonts w:ascii="Times New Roman" w:hAnsi="Times New Roman" w:cs="Times New Roman"/>
          <w:sz w:val="24"/>
          <w:szCs w:val="24"/>
          <w:lang w:val="pl-PL"/>
        </w:rPr>
        <w:t>rozwijanie sprawności manualnej (lepienie, wycinanie, wydzieranie, rysowanie według wzoru),</w:t>
      </w:r>
    </w:p>
    <w:p w14:paraId="757D3415" w14:textId="5ACD0522" w:rsidR="00DA5F7F" w:rsidRPr="00DA5F7F" w:rsidRDefault="00DA5F7F" w:rsidP="00DA5F7F">
      <w:pPr>
        <w:pStyle w:val="Akapitzlist"/>
        <w:numPr>
          <w:ilvl w:val="0"/>
          <w:numId w:val="3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DA5F7F">
        <w:rPr>
          <w:rFonts w:ascii="Times New Roman" w:hAnsi="Times New Roman" w:cs="Times New Roman"/>
          <w:sz w:val="24"/>
          <w:szCs w:val="24"/>
          <w:lang w:val="pl-PL"/>
        </w:rPr>
        <w:t>odwzorowywanie elementów i wykonywanie ćwiczeń grafomotorycznych.</w:t>
      </w:r>
    </w:p>
    <w:p w14:paraId="5F43FA18" w14:textId="77777777" w:rsidR="00DA5F7F" w:rsidRPr="00DA5F7F" w:rsidRDefault="00DA5F7F" w:rsidP="00DA5F7F">
      <w:p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</w:p>
    <w:p w14:paraId="66AD88F1" w14:textId="7AA7F8E0" w:rsidR="00DA5F7F" w:rsidRPr="00DA5F7F" w:rsidRDefault="00DA5F7F" w:rsidP="00DA5F7F">
      <w:pPr>
        <w:spacing w:line="240" w:lineRule="auto"/>
        <w:rPr>
          <w:rFonts w:ascii="Times New Roman" w:hAnsi="Times New Roman" w:cs="Times New Roman"/>
          <w:i/>
          <w:iCs/>
          <w:sz w:val="24"/>
          <w:szCs w:val="24"/>
          <w:lang w:val="pl-PL"/>
        </w:rPr>
      </w:pPr>
      <w:r w:rsidRPr="00DA5F7F">
        <w:rPr>
          <w:rFonts w:ascii="Times New Roman" w:hAnsi="Times New Roman" w:cs="Times New Roman"/>
          <w:i/>
          <w:iCs/>
          <w:sz w:val="24"/>
          <w:szCs w:val="24"/>
          <w:lang w:val="pl-PL"/>
        </w:rPr>
        <w:lastRenderedPageBreak/>
        <w:t>Artystyczna aktywność dziecka:</w:t>
      </w:r>
    </w:p>
    <w:p w14:paraId="2A6B7412" w14:textId="60F8AD2A" w:rsidR="00DA5F7F" w:rsidRPr="00DA5F7F" w:rsidRDefault="00DA5F7F" w:rsidP="00DA5F7F">
      <w:pPr>
        <w:pStyle w:val="Akapitzlist"/>
        <w:numPr>
          <w:ilvl w:val="0"/>
          <w:numId w:val="3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DA5F7F">
        <w:rPr>
          <w:rFonts w:ascii="Times New Roman" w:hAnsi="Times New Roman" w:cs="Times New Roman"/>
          <w:sz w:val="24"/>
          <w:szCs w:val="24"/>
          <w:lang w:val="pl-PL"/>
        </w:rPr>
        <w:t>uczestniczenie w zabawach rytmicznych i ruchowych,</w:t>
      </w:r>
    </w:p>
    <w:p w14:paraId="7750AD4E" w14:textId="102A7C8B" w:rsidR="00DA5F7F" w:rsidRPr="00DA5F7F" w:rsidRDefault="00DA5F7F" w:rsidP="00DA5F7F">
      <w:pPr>
        <w:pStyle w:val="Akapitzlist"/>
        <w:numPr>
          <w:ilvl w:val="0"/>
          <w:numId w:val="3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DA5F7F">
        <w:rPr>
          <w:rFonts w:ascii="Times New Roman" w:hAnsi="Times New Roman" w:cs="Times New Roman"/>
          <w:sz w:val="24"/>
          <w:szCs w:val="24"/>
          <w:lang w:val="pl-PL"/>
        </w:rPr>
        <w:t>reagowanie na zmiany tempa i dynamiki utworu,</w:t>
      </w:r>
    </w:p>
    <w:p w14:paraId="6D157036" w14:textId="71897FBF" w:rsidR="00DA5F7F" w:rsidRPr="00DA5F7F" w:rsidRDefault="00DA5F7F" w:rsidP="00DA5F7F">
      <w:pPr>
        <w:pStyle w:val="Akapitzlist"/>
        <w:numPr>
          <w:ilvl w:val="0"/>
          <w:numId w:val="3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DA5F7F">
        <w:rPr>
          <w:rFonts w:ascii="Times New Roman" w:hAnsi="Times New Roman" w:cs="Times New Roman"/>
          <w:sz w:val="24"/>
          <w:szCs w:val="24"/>
          <w:lang w:val="pl-PL"/>
        </w:rPr>
        <w:t>wykonywanie prac plastycznych inspirowanych tematyką ogrodu i wsi,</w:t>
      </w:r>
    </w:p>
    <w:p w14:paraId="6A7EB097" w14:textId="6A0D97E8" w:rsidR="00DA5F7F" w:rsidRPr="00DA5F7F" w:rsidRDefault="00DA5F7F" w:rsidP="00DA5F7F">
      <w:pPr>
        <w:pStyle w:val="Akapitzlist"/>
        <w:numPr>
          <w:ilvl w:val="0"/>
          <w:numId w:val="3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DA5F7F">
        <w:rPr>
          <w:rFonts w:ascii="Times New Roman" w:hAnsi="Times New Roman" w:cs="Times New Roman"/>
          <w:sz w:val="24"/>
          <w:szCs w:val="24"/>
          <w:lang w:val="pl-PL"/>
        </w:rPr>
        <w:t>uczestniczenie w zabawach konstrukcyjnych i twórczych,</w:t>
      </w:r>
    </w:p>
    <w:p w14:paraId="33522086" w14:textId="5E9DC13C" w:rsidR="00DA5F7F" w:rsidRPr="00DA5F7F" w:rsidRDefault="00DA5F7F" w:rsidP="00DA5F7F">
      <w:pPr>
        <w:pStyle w:val="Akapitzlist"/>
        <w:numPr>
          <w:ilvl w:val="0"/>
          <w:numId w:val="3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DA5F7F">
        <w:rPr>
          <w:rFonts w:ascii="Times New Roman" w:hAnsi="Times New Roman" w:cs="Times New Roman"/>
          <w:sz w:val="24"/>
          <w:szCs w:val="24"/>
          <w:lang w:val="pl-PL"/>
        </w:rPr>
        <w:t>naśladowanie ruchów i głosów zwierząt.</w:t>
      </w:r>
    </w:p>
    <w:p w14:paraId="240272F6" w14:textId="5A750C0F" w:rsidR="00DA5F7F" w:rsidRPr="00DA5F7F" w:rsidRDefault="00DA5F7F" w:rsidP="00DA5F7F">
      <w:pPr>
        <w:spacing w:line="240" w:lineRule="auto"/>
        <w:rPr>
          <w:rFonts w:ascii="Times New Roman" w:hAnsi="Times New Roman" w:cs="Times New Roman"/>
          <w:i/>
          <w:iCs/>
          <w:sz w:val="24"/>
          <w:szCs w:val="24"/>
          <w:lang w:val="pl-PL"/>
        </w:rPr>
      </w:pPr>
      <w:r w:rsidRPr="00DA5F7F">
        <w:rPr>
          <w:rFonts w:ascii="Times New Roman" w:hAnsi="Times New Roman" w:cs="Times New Roman"/>
          <w:i/>
          <w:iCs/>
          <w:sz w:val="24"/>
          <w:szCs w:val="24"/>
          <w:lang w:val="pl-PL"/>
        </w:rPr>
        <w:t>Ruchowa i zdrowotna aktywność dziecka:</w:t>
      </w:r>
    </w:p>
    <w:p w14:paraId="0D00FCF2" w14:textId="3478D779" w:rsidR="00DA5F7F" w:rsidRPr="00DA5F7F" w:rsidRDefault="00DA5F7F" w:rsidP="00DA5F7F">
      <w:pPr>
        <w:pStyle w:val="Akapitzlist"/>
        <w:numPr>
          <w:ilvl w:val="0"/>
          <w:numId w:val="3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DA5F7F">
        <w:rPr>
          <w:rFonts w:ascii="Times New Roman" w:hAnsi="Times New Roman" w:cs="Times New Roman"/>
          <w:sz w:val="24"/>
          <w:szCs w:val="24"/>
          <w:lang w:val="pl-PL"/>
        </w:rPr>
        <w:t>uczestniczenie w zabawach ruchowych (bieżnych, skocznych, rzutnych, równoważnych),</w:t>
      </w:r>
    </w:p>
    <w:p w14:paraId="79F47E84" w14:textId="4495F7BD" w:rsidR="00DA5F7F" w:rsidRPr="00DA5F7F" w:rsidRDefault="00DA5F7F" w:rsidP="00DA5F7F">
      <w:pPr>
        <w:pStyle w:val="Akapitzlist"/>
        <w:numPr>
          <w:ilvl w:val="0"/>
          <w:numId w:val="3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DA5F7F">
        <w:rPr>
          <w:rFonts w:ascii="Times New Roman" w:hAnsi="Times New Roman" w:cs="Times New Roman"/>
          <w:sz w:val="24"/>
          <w:szCs w:val="24"/>
          <w:lang w:val="pl-PL"/>
        </w:rPr>
        <w:t>przebywanie na świeżym powietrzu,</w:t>
      </w:r>
    </w:p>
    <w:p w14:paraId="33A68D68" w14:textId="14932FEF" w:rsidR="00DA5F7F" w:rsidRPr="00DA5F7F" w:rsidRDefault="00DA5F7F" w:rsidP="00DA5F7F">
      <w:pPr>
        <w:pStyle w:val="Akapitzlist"/>
        <w:numPr>
          <w:ilvl w:val="0"/>
          <w:numId w:val="3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DA5F7F">
        <w:rPr>
          <w:rFonts w:ascii="Times New Roman" w:hAnsi="Times New Roman" w:cs="Times New Roman"/>
          <w:sz w:val="24"/>
          <w:szCs w:val="24"/>
          <w:lang w:val="pl-PL"/>
        </w:rPr>
        <w:t>dbanie o higienę osobistą,</w:t>
      </w:r>
    </w:p>
    <w:p w14:paraId="178BA793" w14:textId="140D5990" w:rsidR="00DA5F7F" w:rsidRPr="00DA5F7F" w:rsidRDefault="00DA5F7F" w:rsidP="00DA5F7F">
      <w:pPr>
        <w:pStyle w:val="Akapitzlist"/>
        <w:numPr>
          <w:ilvl w:val="0"/>
          <w:numId w:val="3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DA5F7F">
        <w:rPr>
          <w:rFonts w:ascii="Times New Roman" w:hAnsi="Times New Roman" w:cs="Times New Roman"/>
          <w:sz w:val="24"/>
          <w:szCs w:val="24"/>
          <w:lang w:val="pl-PL"/>
        </w:rPr>
        <w:t>przestrzeganie zasad bezpieczeństwa podczas zabaw,</w:t>
      </w:r>
    </w:p>
    <w:p w14:paraId="4FC08A3E" w14:textId="330CA9C3" w:rsidR="00DA5F7F" w:rsidRPr="00DA5F7F" w:rsidRDefault="00DA5F7F" w:rsidP="00DA5F7F">
      <w:pPr>
        <w:pStyle w:val="Akapitzlist"/>
        <w:numPr>
          <w:ilvl w:val="0"/>
          <w:numId w:val="3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DA5F7F">
        <w:rPr>
          <w:rFonts w:ascii="Times New Roman" w:hAnsi="Times New Roman" w:cs="Times New Roman"/>
          <w:sz w:val="24"/>
          <w:szCs w:val="24"/>
          <w:lang w:val="pl-PL"/>
        </w:rPr>
        <w:t>przeplatanie aktywności ruchowej z odpoczynkiem.</w:t>
      </w:r>
    </w:p>
    <w:p w14:paraId="28845BDE" w14:textId="77777777" w:rsidR="00DA5F7F" w:rsidRPr="00DA5F7F" w:rsidRDefault="00DA5F7F" w:rsidP="00DA5F7F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pl-PL"/>
        </w:rPr>
      </w:pPr>
      <w:r w:rsidRPr="00DA5F7F">
        <w:rPr>
          <w:rFonts w:ascii="Times New Roman" w:hAnsi="Times New Roman" w:cs="Times New Roman"/>
          <w:b/>
          <w:bCs/>
          <w:sz w:val="24"/>
          <w:szCs w:val="24"/>
          <w:lang w:val="pl-PL"/>
        </w:rPr>
        <w:t>Emocjonalny obszar rozwoju dziecka</w:t>
      </w:r>
    </w:p>
    <w:p w14:paraId="3EF62B84" w14:textId="78C1861D" w:rsidR="00DA5F7F" w:rsidRPr="00DA5F7F" w:rsidRDefault="00DA5F7F" w:rsidP="00DA5F7F">
      <w:pPr>
        <w:spacing w:line="240" w:lineRule="auto"/>
        <w:rPr>
          <w:rFonts w:ascii="Times New Roman" w:hAnsi="Times New Roman" w:cs="Times New Roman"/>
          <w:i/>
          <w:iCs/>
          <w:sz w:val="24"/>
          <w:szCs w:val="24"/>
          <w:lang w:val="pl-PL"/>
        </w:rPr>
      </w:pPr>
      <w:r w:rsidRPr="00DA5F7F">
        <w:rPr>
          <w:rFonts w:ascii="Times New Roman" w:hAnsi="Times New Roman" w:cs="Times New Roman"/>
          <w:i/>
          <w:iCs/>
          <w:sz w:val="24"/>
          <w:szCs w:val="24"/>
          <w:lang w:val="pl-PL"/>
        </w:rPr>
        <w:t>Społeczna aktywność dziecka:</w:t>
      </w:r>
    </w:p>
    <w:p w14:paraId="04F02D9D" w14:textId="3AE1A3E0" w:rsidR="00DA5F7F" w:rsidRPr="00DA5F7F" w:rsidRDefault="00DA5F7F" w:rsidP="00DA5F7F">
      <w:pPr>
        <w:pStyle w:val="Akapitzlist"/>
        <w:numPr>
          <w:ilvl w:val="0"/>
          <w:numId w:val="3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DA5F7F">
        <w:rPr>
          <w:rFonts w:ascii="Times New Roman" w:hAnsi="Times New Roman" w:cs="Times New Roman"/>
          <w:sz w:val="24"/>
          <w:szCs w:val="24"/>
          <w:lang w:val="pl-PL"/>
        </w:rPr>
        <w:t>podejmowanie wspólnych zabaw,</w:t>
      </w:r>
    </w:p>
    <w:p w14:paraId="0D129E87" w14:textId="5FD1FD4A" w:rsidR="00DA5F7F" w:rsidRPr="00DA5F7F" w:rsidRDefault="00DA5F7F" w:rsidP="00DA5F7F">
      <w:pPr>
        <w:pStyle w:val="Akapitzlist"/>
        <w:numPr>
          <w:ilvl w:val="0"/>
          <w:numId w:val="3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DA5F7F">
        <w:rPr>
          <w:rFonts w:ascii="Times New Roman" w:hAnsi="Times New Roman" w:cs="Times New Roman"/>
          <w:sz w:val="24"/>
          <w:szCs w:val="24"/>
          <w:lang w:val="pl-PL"/>
        </w:rPr>
        <w:t>wyrażanie i nazywanie emocji,</w:t>
      </w:r>
    </w:p>
    <w:p w14:paraId="1E586741" w14:textId="429D5C08" w:rsidR="00DA5F7F" w:rsidRPr="00DA5F7F" w:rsidRDefault="00DA5F7F" w:rsidP="00DA5F7F">
      <w:pPr>
        <w:pStyle w:val="Akapitzlist"/>
        <w:numPr>
          <w:ilvl w:val="0"/>
          <w:numId w:val="3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DA5F7F">
        <w:rPr>
          <w:rFonts w:ascii="Times New Roman" w:hAnsi="Times New Roman" w:cs="Times New Roman"/>
          <w:sz w:val="24"/>
          <w:szCs w:val="24"/>
          <w:lang w:val="pl-PL"/>
        </w:rPr>
        <w:t>dzielenie się wrażeniami z obserwacji przyrody,</w:t>
      </w:r>
    </w:p>
    <w:p w14:paraId="407DE3A8" w14:textId="0AED928F" w:rsidR="00DA5F7F" w:rsidRPr="00DA5F7F" w:rsidRDefault="00DA5F7F" w:rsidP="00DA5F7F">
      <w:pPr>
        <w:pStyle w:val="Akapitzlist"/>
        <w:numPr>
          <w:ilvl w:val="0"/>
          <w:numId w:val="3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DA5F7F">
        <w:rPr>
          <w:rFonts w:ascii="Times New Roman" w:hAnsi="Times New Roman" w:cs="Times New Roman"/>
          <w:sz w:val="24"/>
          <w:szCs w:val="24"/>
          <w:lang w:val="pl-PL"/>
        </w:rPr>
        <w:t>szanowanie wytworów pracy innych,</w:t>
      </w:r>
    </w:p>
    <w:p w14:paraId="0E141CE5" w14:textId="7C0E0D9C" w:rsidR="00DA5F7F" w:rsidRPr="00DA5F7F" w:rsidRDefault="00DA5F7F" w:rsidP="00DA5F7F">
      <w:pPr>
        <w:pStyle w:val="Akapitzlist"/>
        <w:numPr>
          <w:ilvl w:val="0"/>
          <w:numId w:val="3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DA5F7F">
        <w:rPr>
          <w:rFonts w:ascii="Times New Roman" w:hAnsi="Times New Roman" w:cs="Times New Roman"/>
          <w:sz w:val="24"/>
          <w:szCs w:val="24"/>
          <w:lang w:val="pl-PL"/>
        </w:rPr>
        <w:t>zwracanie się o pomoc w trudnych sytuacjach.</w:t>
      </w:r>
    </w:p>
    <w:p w14:paraId="34A52488" w14:textId="77777777" w:rsidR="00DA5F7F" w:rsidRPr="00DA5F7F" w:rsidRDefault="00DA5F7F" w:rsidP="00DA5F7F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pl-PL"/>
        </w:rPr>
      </w:pPr>
      <w:r w:rsidRPr="00DA5F7F">
        <w:rPr>
          <w:rFonts w:ascii="Times New Roman" w:hAnsi="Times New Roman" w:cs="Times New Roman"/>
          <w:b/>
          <w:bCs/>
          <w:sz w:val="24"/>
          <w:szCs w:val="24"/>
          <w:lang w:val="pl-PL"/>
        </w:rPr>
        <w:t>Społeczny obszar rozwoju dziecka</w:t>
      </w:r>
    </w:p>
    <w:p w14:paraId="7E7BFFD8" w14:textId="5978EF1D" w:rsidR="00DA5F7F" w:rsidRPr="00DA5F7F" w:rsidRDefault="00DA5F7F" w:rsidP="00DA5F7F">
      <w:pPr>
        <w:spacing w:line="240" w:lineRule="auto"/>
        <w:rPr>
          <w:rFonts w:ascii="Times New Roman" w:hAnsi="Times New Roman" w:cs="Times New Roman"/>
          <w:i/>
          <w:iCs/>
          <w:sz w:val="24"/>
          <w:szCs w:val="24"/>
          <w:lang w:val="pl-PL"/>
        </w:rPr>
      </w:pPr>
      <w:r w:rsidRPr="00DA5F7F">
        <w:rPr>
          <w:rFonts w:ascii="Times New Roman" w:hAnsi="Times New Roman" w:cs="Times New Roman"/>
          <w:i/>
          <w:iCs/>
          <w:sz w:val="24"/>
          <w:szCs w:val="24"/>
          <w:lang w:val="pl-PL"/>
        </w:rPr>
        <w:t>Społeczna aktywność dziecka:</w:t>
      </w:r>
    </w:p>
    <w:p w14:paraId="76130617" w14:textId="25484119" w:rsidR="00DA5F7F" w:rsidRPr="00DA5F7F" w:rsidRDefault="00DA5F7F" w:rsidP="00DA5F7F">
      <w:pPr>
        <w:pStyle w:val="Akapitzlist"/>
        <w:numPr>
          <w:ilvl w:val="0"/>
          <w:numId w:val="3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DA5F7F">
        <w:rPr>
          <w:rFonts w:ascii="Times New Roman" w:hAnsi="Times New Roman" w:cs="Times New Roman"/>
          <w:sz w:val="24"/>
          <w:szCs w:val="24"/>
          <w:lang w:val="pl-PL"/>
        </w:rPr>
        <w:t>podawanie swojego imienia i nazwiska,</w:t>
      </w:r>
    </w:p>
    <w:p w14:paraId="52DD8DAD" w14:textId="4202BCC7" w:rsidR="00DA5F7F" w:rsidRPr="00DA5F7F" w:rsidRDefault="00DA5F7F" w:rsidP="00DA5F7F">
      <w:pPr>
        <w:pStyle w:val="Akapitzlist"/>
        <w:numPr>
          <w:ilvl w:val="0"/>
          <w:numId w:val="3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DA5F7F">
        <w:rPr>
          <w:rFonts w:ascii="Times New Roman" w:hAnsi="Times New Roman" w:cs="Times New Roman"/>
          <w:sz w:val="24"/>
          <w:szCs w:val="24"/>
          <w:lang w:val="pl-PL"/>
        </w:rPr>
        <w:t>przestrzeganie ustalonych zasad obowiązujących w grupie,</w:t>
      </w:r>
    </w:p>
    <w:p w14:paraId="1891004A" w14:textId="2B9D1E52" w:rsidR="00DA5F7F" w:rsidRPr="00DA5F7F" w:rsidRDefault="00DA5F7F" w:rsidP="00DA5F7F">
      <w:pPr>
        <w:pStyle w:val="Akapitzlist"/>
        <w:numPr>
          <w:ilvl w:val="0"/>
          <w:numId w:val="3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DA5F7F">
        <w:rPr>
          <w:rFonts w:ascii="Times New Roman" w:hAnsi="Times New Roman" w:cs="Times New Roman"/>
          <w:sz w:val="24"/>
          <w:szCs w:val="24"/>
          <w:lang w:val="pl-PL"/>
        </w:rPr>
        <w:t>współdziałanie podczas zabaw i zajęć,</w:t>
      </w:r>
    </w:p>
    <w:p w14:paraId="0DC4D394" w14:textId="1662F519" w:rsidR="00DA5F7F" w:rsidRPr="00DA5F7F" w:rsidRDefault="00DA5F7F" w:rsidP="00DA5F7F">
      <w:pPr>
        <w:pStyle w:val="Akapitzlist"/>
        <w:numPr>
          <w:ilvl w:val="0"/>
          <w:numId w:val="3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DA5F7F">
        <w:rPr>
          <w:rFonts w:ascii="Times New Roman" w:hAnsi="Times New Roman" w:cs="Times New Roman"/>
          <w:sz w:val="24"/>
          <w:szCs w:val="24"/>
          <w:lang w:val="pl-PL"/>
        </w:rPr>
        <w:t>odpowiadanie na pytania i formułowanie własnych,</w:t>
      </w:r>
    </w:p>
    <w:p w14:paraId="31363BA9" w14:textId="79EA4357" w:rsidR="00DA5F7F" w:rsidRPr="00DA5F7F" w:rsidRDefault="00DA5F7F" w:rsidP="00DA5F7F">
      <w:pPr>
        <w:pStyle w:val="Akapitzlist"/>
        <w:numPr>
          <w:ilvl w:val="0"/>
          <w:numId w:val="3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DA5F7F">
        <w:rPr>
          <w:rFonts w:ascii="Times New Roman" w:hAnsi="Times New Roman" w:cs="Times New Roman"/>
          <w:sz w:val="24"/>
          <w:szCs w:val="24"/>
          <w:lang w:val="pl-PL"/>
        </w:rPr>
        <w:t>prezentowanie swoich prac i dokonywanie prostej samooceny.</w:t>
      </w:r>
    </w:p>
    <w:p w14:paraId="089B9857" w14:textId="77777777" w:rsidR="00DA5F7F" w:rsidRPr="00DA5F7F" w:rsidRDefault="00DA5F7F" w:rsidP="00DA5F7F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pl-PL"/>
        </w:rPr>
      </w:pPr>
      <w:r w:rsidRPr="00DA5F7F">
        <w:rPr>
          <w:rFonts w:ascii="Times New Roman" w:hAnsi="Times New Roman" w:cs="Times New Roman"/>
          <w:b/>
          <w:bCs/>
          <w:sz w:val="24"/>
          <w:szCs w:val="24"/>
          <w:lang w:val="pl-PL"/>
        </w:rPr>
        <w:t>Poznawczy obszar rozwoju dziecka</w:t>
      </w:r>
    </w:p>
    <w:p w14:paraId="50D101AB" w14:textId="2658115F" w:rsidR="00DA5F7F" w:rsidRPr="00DA5F7F" w:rsidRDefault="00DA5F7F" w:rsidP="00DA5F7F">
      <w:pPr>
        <w:spacing w:line="240" w:lineRule="auto"/>
        <w:rPr>
          <w:rFonts w:ascii="Times New Roman" w:hAnsi="Times New Roman" w:cs="Times New Roman"/>
          <w:i/>
          <w:iCs/>
          <w:sz w:val="24"/>
          <w:szCs w:val="24"/>
          <w:lang w:val="pl-PL"/>
        </w:rPr>
      </w:pPr>
      <w:r w:rsidRPr="00DA5F7F">
        <w:rPr>
          <w:rFonts w:ascii="Times New Roman" w:hAnsi="Times New Roman" w:cs="Times New Roman"/>
          <w:i/>
          <w:iCs/>
          <w:sz w:val="24"/>
          <w:szCs w:val="24"/>
          <w:lang w:val="pl-PL"/>
        </w:rPr>
        <w:t>Społeczna aktywność dziecka:</w:t>
      </w:r>
    </w:p>
    <w:p w14:paraId="7D39DE3A" w14:textId="67431EB5" w:rsidR="00DA5F7F" w:rsidRPr="00DA5F7F" w:rsidRDefault="00DA5F7F" w:rsidP="00DA5F7F">
      <w:pPr>
        <w:pStyle w:val="Akapitzlist"/>
        <w:numPr>
          <w:ilvl w:val="0"/>
          <w:numId w:val="3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DA5F7F">
        <w:rPr>
          <w:rFonts w:ascii="Times New Roman" w:hAnsi="Times New Roman" w:cs="Times New Roman"/>
          <w:sz w:val="24"/>
          <w:szCs w:val="24"/>
          <w:lang w:val="pl-PL"/>
        </w:rPr>
        <w:t>poznawanie roślin uprawianych w ogrodzie oraz zwierząt hodowanych na wsi,</w:t>
      </w:r>
    </w:p>
    <w:p w14:paraId="300F407F" w14:textId="15B5CEBD" w:rsidR="00DA5F7F" w:rsidRPr="00DA5F7F" w:rsidRDefault="00DA5F7F" w:rsidP="00DA5F7F">
      <w:pPr>
        <w:pStyle w:val="Akapitzlist"/>
        <w:numPr>
          <w:ilvl w:val="0"/>
          <w:numId w:val="3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DA5F7F">
        <w:rPr>
          <w:rFonts w:ascii="Times New Roman" w:hAnsi="Times New Roman" w:cs="Times New Roman"/>
          <w:sz w:val="24"/>
          <w:szCs w:val="24"/>
          <w:lang w:val="pl-PL"/>
        </w:rPr>
        <w:t>rozpoznawanie dorosłych i młodych zwierząt,</w:t>
      </w:r>
    </w:p>
    <w:p w14:paraId="542A117E" w14:textId="274AC45C" w:rsidR="00DA5F7F" w:rsidRPr="00DA5F7F" w:rsidRDefault="00DA5F7F" w:rsidP="00DA5F7F">
      <w:pPr>
        <w:pStyle w:val="Akapitzlist"/>
        <w:numPr>
          <w:ilvl w:val="0"/>
          <w:numId w:val="3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DA5F7F">
        <w:rPr>
          <w:rFonts w:ascii="Times New Roman" w:hAnsi="Times New Roman" w:cs="Times New Roman"/>
          <w:sz w:val="24"/>
          <w:szCs w:val="24"/>
          <w:lang w:val="pl-PL"/>
        </w:rPr>
        <w:t>zakładanie „zielonego ogródka” w sali i obserwowanie wzrostu roślin,</w:t>
      </w:r>
    </w:p>
    <w:p w14:paraId="7D01CC37" w14:textId="5B2D56A4" w:rsidR="00DA5F7F" w:rsidRPr="00DA5F7F" w:rsidRDefault="00DA5F7F" w:rsidP="00DA5F7F">
      <w:pPr>
        <w:pStyle w:val="Akapitzlist"/>
        <w:numPr>
          <w:ilvl w:val="0"/>
          <w:numId w:val="3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DA5F7F">
        <w:rPr>
          <w:rFonts w:ascii="Times New Roman" w:hAnsi="Times New Roman" w:cs="Times New Roman"/>
          <w:sz w:val="24"/>
          <w:szCs w:val="24"/>
          <w:lang w:val="pl-PL"/>
        </w:rPr>
        <w:t>określanie położenia przedmiotów w przestrzeni (na, pod, przed, za).</w:t>
      </w:r>
    </w:p>
    <w:p w14:paraId="446F6C91" w14:textId="188FCCBD" w:rsidR="00DA5F7F" w:rsidRPr="00DA5F7F" w:rsidRDefault="00DA5F7F" w:rsidP="00DA5F7F">
      <w:pPr>
        <w:spacing w:line="240" w:lineRule="auto"/>
        <w:rPr>
          <w:rFonts w:ascii="Times New Roman" w:hAnsi="Times New Roman" w:cs="Times New Roman"/>
          <w:i/>
          <w:iCs/>
          <w:sz w:val="24"/>
          <w:szCs w:val="24"/>
          <w:lang w:val="pl-PL"/>
        </w:rPr>
      </w:pPr>
      <w:r w:rsidRPr="00DA5F7F">
        <w:rPr>
          <w:rFonts w:ascii="Times New Roman" w:hAnsi="Times New Roman" w:cs="Times New Roman"/>
          <w:i/>
          <w:iCs/>
          <w:sz w:val="24"/>
          <w:szCs w:val="24"/>
          <w:lang w:val="pl-PL"/>
        </w:rPr>
        <w:t>Językowa aktywność dziecka:</w:t>
      </w:r>
    </w:p>
    <w:p w14:paraId="01A4CBCC" w14:textId="76460CCE" w:rsidR="00DA5F7F" w:rsidRPr="00DA5F7F" w:rsidRDefault="00DA5F7F" w:rsidP="00DA5F7F">
      <w:pPr>
        <w:pStyle w:val="Akapitzlist"/>
        <w:numPr>
          <w:ilvl w:val="0"/>
          <w:numId w:val="3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DA5F7F">
        <w:rPr>
          <w:rFonts w:ascii="Times New Roman" w:hAnsi="Times New Roman" w:cs="Times New Roman"/>
          <w:sz w:val="24"/>
          <w:szCs w:val="24"/>
          <w:lang w:val="pl-PL"/>
        </w:rPr>
        <w:t>wypowiadanie się na temat ilustracji i wysłuchanych tekstów,</w:t>
      </w:r>
    </w:p>
    <w:p w14:paraId="2A2B11C6" w14:textId="6D137687" w:rsidR="00DA5F7F" w:rsidRPr="00DA5F7F" w:rsidRDefault="00DA5F7F" w:rsidP="00DA5F7F">
      <w:pPr>
        <w:pStyle w:val="Akapitzlist"/>
        <w:numPr>
          <w:ilvl w:val="0"/>
          <w:numId w:val="3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DA5F7F">
        <w:rPr>
          <w:rFonts w:ascii="Times New Roman" w:hAnsi="Times New Roman" w:cs="Times New Roman"/>
          <w:sz w:val="24"/>
          <w:szCs w:val="24"/>
          <w:lang w:val="pl-PL"/>
        </w:rPr>
        <w:t>różnicowanie i naśladowanie głosów zwierząt,</w:t>
      </w:r>
    </w:p>
    <w:p w14:paraId="5155A967" w14:textId="7F7B849F" w:rsidR="00DA5F7F" w:rsidRPr="00DA5F7F" w:rsidRDefault="00DA5F7F" w:rsidP="00DA5F7F">
      <w:pPr>
        <w:pStyle w:val="Akapitzlist"/>
        <w:numPr>
          <w:ilvl w:val="0"/>
          <w:numId w:val="3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DA5F7F">
        <w:rPr>
          <w:rFonts w:ascii="Times New Roman" w:hAnsi="Times New Roman" w:cs="Times New Roman"/>
          <w:sz w:val="24"/>
          <w:szCs w:val="24"/>
          <w:lang w:val="pl-PL"/>
        </w:rPr>
        <w:lastRenderedPageBreak/>
        <w:t>układanie prostych zdań i rymów,</w:t>
      </w:r>
    </w:p>
    <w:p w14:paraId="5E50BCE7" w14:textId="2B0EC8C8" w:rsidR="00DA5F7F" w:rsidRPr="00DA5F7F" w:rsidRDefault="00DA5F7F" w:rsidP="00DA5F7F">
      <w:pPr>
        <w:pStyle w:val="Akapitzlist"/>
        <w:numPr>
          <w:ilvl w:val="0"/>
          <w:numId w:val="3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DA5F7F">
        <w:rPr>
          <w:rFonts w:ascii="Times New Roman" w:hAnsi="Times New Roman" w:cs="Times New Roman"/>
          <w:sz w:val="24"/>
          <w:szCs w:val="24"/>
          <w:lang w:val="pl-PL"/>
        </w:rPr>
        <w:t>dzielenie wyrazów na sylaby,</w:t>
      </w:r>
    </w:p>
    <w:p w14:paraId="77D96640" w14:textId="77BAAB7D" w:rsidR="00DA5F7F" w:rsidRPr="00DA5F7F" w:rsidRDefault="00DA5F7F" w:rsidP="00DA5F7F">
      <w:pPr>
        <w:pStyle w:val="Akapitzlist"/>
        <w:numPr>
          <w:ilvl w:val="0"/>
          <w:numId w:val="3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DA5F7F">
        <w:rPr>
          <w:rFonts w:ascii="Times New Roman" w:hAnsi="Times New Roman" w:cs="Times New Roman"/>
          <w:sz w:val="24"/>
          <w:szCs w:val="24"/>
          <w:lang w:val="pl-PL"/>
        </w:rPr>
        <w:t>odpowiadanie na pytania i formułowanie własnych.</w:t>
      </w:r>
    </w:p>
    <w:p w14:paraId="0109C17A" w14:textId="35E013EE" w:rsidR="00DA5F7F" w:rsidRPr="00DA5F7F" w:rsidRDefault="00DA5F7F" w:rsidP="00DA5F7F">
      <w:pPr>
        <w:spacing w:line="240" w:lineRule="auto"/>
        <w:rPr>
          <w:rFonts w:ascii="Times New Roman" w:hAnsi="Times New Roman" w:cs="Times New Roman"/>
          <w:i/>
          <w:iCs/>
          <w:sz w:val="24"/>
          <w:szCs w:val="24"/>
          <w:lang w:val="pl-PL"/>
        </w:rPr>
      </w:pPr>
      <w:r w:rsidRPr="00DA5F7F">
        <w:rPr>
          <w:rFonts w:ascii="Times New Roman" w:hAnsi="Times New Roman" w:cs="Times New Roman"/>
          <w:i/>
          <w:iCs/>
          <w:sz w:val="24"/>
          <w:szCs w:val="24"/>
          <w:lang w:val="pl-PL"/>
        </w:rPr>
        <w:t>Aktywność poznawcza:</w:t>
      </w:r>
    </w:p>
    <w:p w14:paraId="6E5003BD" w14:textId="4DC2B257" w:rsidR="00DA5F7F" w:rsidRPr="00DA5F7F" w:rsidRDefault="00DA5F7F" w:rsidP="00DA5F7F">
      <w:pPr>
        <w:pStyle w:val="Akapitzlist"/>
        <w:numPr>
          <w:ilvl w:val="0"/>
          <w:numId w:val="3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DA5F7F">
        <w:rPr>
          <w:rFonts w:ascii="Times New Roman" w:hAnsi="Times New Roman" w:cs="Times New Roman"/>
          <w:sz w:val="24"/>
          <w:szCs w:val="24"/>
          <w:lang w:val="pl-PL"/>
        </w:rPr>
        <w:t>rozwiązywanie prostych zagadek,</w:t>
      </w:r>
    </w:p>
    <w:p w14:paraId="0EAC6020" w14:textId="3C36EABD" w:rsidR="00DA5F7F" w:rsidRPr="00DA5F7F" w:rsidRDefault="00DA5F7F" w:rsidP="00DA5F7F">
      <w:pPr>
        <w:pStyle w:val="Akapitzlist"/>
        <w:numPr>
          <w:ilvl w:val="0"/>
          <w:numId w:val="3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DA5F7F">
        <w:rPr>
          <w:rFonts w:ascii="Times New Roman" w:hAnsi="Times New Roman" w:cs="Times New Roman"/>
          <w:sz w:val="24"/>
          <w:szCs w:val="24"/>
          <w:lang w:val="pl-PL"/>
        </w:rPr>
        <w:t>liczenie przedmiotów i porównywanie liczebności zbiorów,</w:t>
      </w:r>
    </w:p>
    <w:p w14:paraId="05F07163" w14:textId="38FA927B" w:rsidR="00DA5F7F" w:rsidRPr="00DA5F7F" w:rsidRDefault="00DA5F7F" w:rsidP="00DA5F7F">
      <w:pPr>
        <w:pStyle w:val="Akapitzlist"/>
        <w:numPr>
          <w:ilvl w:val="0"/>
          <w:numId w:val="3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DA5F7F">
        <w:rPr>
          <w:rFonts w:ascii="Times New Roman" w:hAnsi="Times New Roman" w:cs="Times New Roman"/>
          <w:sz w:val="24"/>
          <w:szCs w:val="24"/>
          <w:lang w:val="pl-PL"/>
        </w:rPr>
        <w:t>klasyfikowanie przedmiotów według podanej cechy,</w:t>
      </w:r>
    </w:p>
    <w:p w14:paraId="743A9A8F" w14:textId="7D74ABED" w:rsidR="00DA5F7F" w:rsidRPr="00DA5F7F" w:rsidRDefault="00DA5F7F" w:rsidP="00DA5F7F">
      <w:pPr>
        <w:pStyle w:val="Akapitzlist"/>
        <w:numPr>
          <w:ilvl w:val="0"/>
          <w:numId w:val="3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DA5F7F">
        <w:rPr>
          <w:rFonts w:ascii="Times New Roman" w:hAnsi="Times New Roman" w:cs="Times New Roman"/>
          <w:sz w:val="24"/>
          <w:szCs w:val="24"/>
          <w:lang w:val="pl-PL"/>
        </w:rPr>
        <w:t>rozwijanie myślenia przyczynowo–skutkowego,</w:t>
      </w:r>
    </w:p>
    <w:p w14:paraId="0748579D" w14:textId="5300D7BB" w:rsidR="00DA5F7F" w:rsidRPr="00DA5F7F" w:rsidRDefault="00DA5F7F" w:rsidP="00DA5F7F">
      <w:pPr>
        <w:pStyle w:val="Akapitzlist"/>
        <w:numPr>
          <w:ilvl w:val="0"/>
          <w:numId w:val="3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DA5F7F">
        <w:rPr>
          <w:rFonts w:ascii="Times New Roman" w:hAnsi="Times New Roman" w:cs="Times New Roman"/>
          <w:sz w:val="24"/>
          <w:szCs w:val="24"/>
          <w:lang w:val="pl-PL"/>
        </w:rPr>
        <w:t>obserwowanie zmian zachodzących w przyrodzie,</w:t>
      </w:r>
    </w:p>
    <w:p w14:paraId="61658ED4" w14:textId="0A0E66D0" w:rsidR="00DA5F7F" w:rsidRPr="00DA5F7F" w:rsidRDefault="00DA5F7F" w:rsidP="00DA5F7F">
      <w:pPr>
        <w:pStyle w:val="Akapitzlist"/>
        <w:numPr>
          <w:ilvl w:val="0"/>
          <w:numId w:val="34"/>
        </w:num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DA5F7F">
        <w:rPr>
          <w:rFonts w:ascii="Times New Roman" w:hAnsi="Times New Roman" w:cs="Times New Roman"/>
          <w:sz w:val="24"/>
          <w:szCs w:val="24"/>
          <w:lang w:val="pl-PL"/>
        </w:rPr>
        <w:t>uczestniczenie w zabawach badawczych i twórczych.</w:t>
      </w:r>
    </w:p>
    <w:p w14:paraId="02B75250" w14:textId="0E808749" w:rsidR="00DD15C1" w:rsidRPr="00E051B3" w:rsidRDefault="00DA5F7F" w:rsidP="00DA5F7F">
      <w:pPr>
        <w:spacing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DA5F7F">
        <w:rPr>
          <w:rFonts w:ascii="Times New Roman" w:hAnsi="Times New Roman" w:cs="Times New Roman"/>
          <w:sz w:val="24"/>
          <w:szCs w:val="24"/>
          <w:lang w:val="pl-PL"/>
        </w:rPr>
        <w:t>Program wychowania przedszkolnego, Grupa MAC S.A. 2020</w:t>
      </w:r>
      <w:r>
        <w:rPr>
          <w:rFonts w:ascii="Times New Roman" w:hAnsi="Times New Roman" w:cs="Times New Roman"/>
          <w:sz w:val="24"/>
          <w:szCs w:val="24"/>
          <w:lang w:val="pl-PL"/>
        </w:rPr>
        <w:t xml:space="preserve"> </w:t>
      </w:r>
      <w:r w:rsidRPr="00DA5F7F">
        <w:rPr>
          <w:rFonts w:ascii="Times New Roman" w:hAnsi="Times New Roman" w:cs="Times New Roman"/>
          <w:sz w:val="24"/>
          <w:szCs w:val="24"/>
          <w:lang w:val="pl-PL"/>
        </w:rPr>
        <w:t>(s. 41–45, 46–48, 50, 52–54, 56–62, 65–68, 70–73, 76–79).</w:t>
      </w:r>
    </w:p>
    <w:sectPr w:rsidR="00DD15C1" w:rsidRPr="00E051B3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1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3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4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0120580D"/>
    <w:multiLevelType w:val="hybridMultilevel"/>
    <w:tmpl w:val="632056CA"/>
    <w:lvl w:ilvl="0" w:tplc="31782B20"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1C74EC3"/>
    <w:multiLevelType w:val="hybridMultilevel"/>
    <w:tmpl w:val="9C5E4BD4"/>
    <w:lvl w:ilvl="0" w:tplc="A404B4CC">
      <w:numFmt w:val="bullet"/>
      <w:lvlText w:val="•"/>
      <w:lvlJc w:val="left"/>
      <w:pPr>
        <w:ind w:left="1080" w:hanging="720"/>
      </w:pPr>
      <w:rPr>
        <w:rFonts w:ascii="Times New Roman" w:eastAsiaTheme="minorEastAsia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51D4C75"/>
    <w:multiLevelType w:val="hybridMultilevel"/>
    <w:tmpl w:val="D4B4A154"/>
    <w:lvl w:ilvl="0" w:tplc="31782B20"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82230CD"/>
    <w:multiLevelType w:val="hybridMultilevel"/>
    <w:tmpl w:val="6F1265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D06403C"/>
    <w:multiLevelType w:val="hybridMultilevel"/>
    <w:tmpl w:val="DC4E433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DB1028D"/>
    <w:multiLevelType w:val="hybridMultilevel"/>
    <w:tmpl w:val="EBFE13BC"/>
    <w:lvl w:ilvl="0" w:tplc="31782B20"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F78100A"/>
    <w:multiLevelType w:val="hybridMultilevel"/>
    <w:tmpl w:val="1D28DDBC"/>
    <w:lvl w:ilvl="0" w:tplc="31782B20"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5E06FC2"/>
    <w:multiLevelType w:val="hybridMultilevel"/>
    <w:tmpl w:val="EB8C19D4"/>
    <w:lvl w:ilvl="0" w:tplc="DA50F24C"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70956DA"/>
    <w:multiLevelType w:val="hybridMultilevel"/>
    <w:tmpl w:val="5BC2AF78"/>
    <w:lvl w:ilvl="0" w:tplc="A404B4CC"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7473E73"/>
    <w:multiLevelType w:val="hybridMultilevel"/>
    <w:tmpl w:val="69DEECCA"/>
    <w:lvl w:ilvl="0" w:tplc="31782B20"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7751E5C"/>
    <w:multiLevelType w:val="hybridMultilevel"/>
    <w:tmpl w:val="52F4C6F4"/>
    <w:lvl w:ilvl="0" w:tplc="A404B4CC">
      <w:numFmt w:val="bullet"/>
      <w:lvlText w:val="•"/>
      <w:lvlJc w:val="left"/>
      <w:pPr>
        <w:ind w:left="1080" w:hanging="720"/>
      </w:pPr>
      <w:rPr>
        <w:rFonts w:ascii="Times New Roman" w:eastAsiaTheme="minorEastAsia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7AD03B0"/>
    <w:multiLevelType w:val="hybridMultilevel"/>
    <w:tmpl w:val="5B16DB8E"/>
    <w:lvl w:ilvl="0" w:tplc="A404B4CC"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7EC6B39"/>
    <w:multiLevelType w:val="hybridMultilevel"/>
    <w:tmpl w:val="7EC0E87C"/>
    <w:lvl w:ilvl="0" w:tplc="31782B20"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7F55676"/>
    <w:multiLevelType w:val="hybridMultilevel"/>
    <w:tmpl w:val="C9AE989C"/>
    <w:lvl w:ilvl="0" w:tplc="A404B4CC">
      <w:numFmt w:val="bullet"/>
      <w:lvlText w:val="•"/>
      <w:lvlJc w:val="left"/>
      <w:pPr>
        <w:ind w:left="1080" w:hanging="720"/>
      </w:pPr>
      <w:rPr>
        <w:rFonts w:ascii="Times New Roman" w:eastAsiaTheme="minorEastAsia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A3C36A9"/>
    <w:multiLevelType w:val="hybridMultilevel"/>
    <w:tmpl w:val="47C819F2"/>
    <w:lvl w:ilvl="0" w:tplc="31782B20"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B7F18BC"/>
    <w:multiLevelType w:val="hybridMultilevel"/>
    <w:tmpl w:val="3072D55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1C867BCD"/>
    <w:multiLevelType w:val="hybridMultilevel"/>
    <w:tmpl w:val="5EA42386"/>
    <w:lvl w:ilvl="0" w:tplc="31782B20"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F361DE8"/>
    <w:multiLevelType w:val="hybridMultilevel"/>
    <w:tmpl w:val="E758CDB8"/>
    <w:lvl w:ilvl="0" w:tplc="31782B20"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FEC6632"/>
    <w:multiLevelType w:val="hybridMultilevel"/>
    <w:tmpl w:val="A24A8E2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00B097E"/>
    <w:multiLevelType w:val="hybridMultilevel"/>
    <w:tmpl w:val="9C16963C"/>
    <w:lvl w:ilvl="0" w:tplc="31782B20"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222A6A0B"/>
    <w:multiLevelType w:val="hybridMultilevel"/>
    <w:tmpl w:val="D2C218FA"/>
    <w:lvl w:ilvl="0" w:tplc="31782B20"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2EB3C90"/>
    <w:multiLevelType w:val="hybridMultilevel"/>
    <w:tmpl w:val="4EEE8856"/>
    <w:lvl w:ilvl="0" w:tplc="A404B4CC"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36A5849"/>
    <w:multiLevelType w:val="hybridMultilevel"/>
    <w:tmpl w:val="43FCAB7E"/>
    <w:lvl w:ilvl="0" w:tplc="A404B4CC"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29684351"/>
    <w:multiLevelType w:val="hybridMultilevel"/>
    <w:tmpl w:val="82AA5546"/>
    <w:lvl w:ilvl="0" w:tplc="A404B4CC"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2D682D68"/>
    <w:multiLevelType w:val="hybridMultilevel"/>
    <w:tmpl w:val="96A6FB38"/>
    <w:lvl w:ilvl="0" w:tplc="A404B4CC">
      <w:numFmt w:val="bullet"/>
      <w:lvlText w:val="•"/>
      <w:lvlJc w:val="left"/>
      <w:pPr>
        <w:ind w:left="1080" w:hanging="720"/>
      </w:pPr>
      <w:rPr>
        <w:rFonts w:ascii="Times New Roman" w:eastAsiaTheme="minorEastAsia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DEB5698"/>
    <w:multiLevelType w:val="hybridMultilevel"/>
    <w:tmpl w:val="31920556"/>
    <w:lvl w:ilvl="0" w:tplc="31782B20"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2EBD41AC"/>
    <w:multiLevelType w:val="hybridMultilevel"/>
    <w:tmpl w:val="4B76646E"/>
    <w:lvl w:ilvl="0" w:tplc="A404B4CC"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333404F4"/>
    <w:multiLevelType w:val="hybridMultilevel"/>
    <w:tmpl w:val="8CFE7C6A"/>
    <w:lvl w:ilvl="0" w:tplc="A404B4CC"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37347D82"/>
    <w:multiLevelType w:val="hybridMultilevel"/>
    <w:tmpl w:val="0964839A"/>
    <w:lvl w:ilvl="0" w:tplc="31782B20"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376613B2"/>
    <w:multiLevelType w:val="hybridMultilevel"/>
    <w:tmpl w:val="7D5CBA92"/>
    <w:lvl w:ilvl="0" w:tplc="31782B20"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377705F6"/>
    <w:multiLevelType w:val="hybridMultilevel"/>
    <w:tmpl w:val="9C60B624"/>
    <w:lvl w:ilvl="0" w:tplc="31782B20"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37C52D64"/>
    <w:multiLevelType w:val="hybridMultilevel"/>
    <w:tmpl w:val="1FF44DA0"/>
    <w:lvl w:ilvl="0" w:tplc="A404B4CC">
      <w:numFmt w:val="bullet"/>
      <w:lvlText w:val="•"/>
      <w:lvlJc w:val="left"/>
      <w:pPr>
        <w:ind w:left="1080" w:hanging="720"/>
      </w:pPr>
      <w:rPr>
        <w:rFonts w:ascii="Times New Roman" w:eastAsiaTheme="minorEastAsia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3858444A"/>
    <w:multiLevelType w:val="hybridMultilevel"/>
    <w:tmpl w:val="DDC8E492"/>
    <w:lvl w:ilvl="0" w:tplc="31782B20"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396F1748"/>
    <w:multiLevelType w:val="hybridMultilevel"/>
    <w:tmpl w:val="22FC79B8"/>
    <w:lvl w:ilvl="0" w:tplc="31782B20"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3E492D78"/>
    <w:multiLevelType w:val="hybridMultilevel"/>
    <w:tmpl w:val="A6848670"/>
    <w:lvl w:ilvl="0" w:tplc="A404B4CC">
      <w:numFmt w:val="bullet"/>
      <w:lvlText w:val="•"/>
      <w:lvlJc w:val="left"/>
      <w:pPr>
        <w:ind w:left="1080" w:hanging="720"/>
      </w:pPr>
      <w:rPr>
        <w:rFonts w:ascii="Times New Roman" w:eastAsiaTheme="minorEastAsia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3EF75090"/>
    <w:multiLevelType w:val="hybridMultilevel"/>
    <w:tmpl w:val="DB700FF4"/>
    <w:lvl w:ilvl="0" w:tplc="31782B20"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41DD069E"/>
    <w:multiLevelType w:val="hybridMultilevel"/>
    <w:tmpl w:val="3D684B28"/>
    <w:lvl w:ilvl="0" w:tplc="31782B20"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42795A0A"/>
    <w:multiLevelType w:val="hybridMultilevel"/>
    <w:tmpl w:val="E0187574"/>
    <w:lvl w:ilvl="0" w:tplc="31782B20"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46BB39D4"/>
    <w:multiLevelType w:val="hybridMultilevel"/>
    <w:tmpl w:val="674C6628"/>
    <w:lvl w:ilvl="0" w:tplc="31782B20"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49C25E88"/>
    <w:multiLevelType w:val="hybridMultilevel"/>
    <w:tmpl w:val="EB1C107C"/>
    <w:lvl w:ilvl="0" w:tplc="A404B4CC">
      <w:numFmt w:val="bullet"/>
      <w:lvlText w:val="•"/>
      <w:lvlJc w:val="left"/>
      <w:pPr>
        <w:ind w:left="1080" w:hanging="720"/>
      </w:pPr>
      <w:rPr>
        <w:rFonts w:ascii="Times New Roman" w:eastAsiaTheme="minorEastAsia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4CDB30BB"/>
    <w:multiLevelType w:val="hybridMultilevel"/>
    <w:tmpl w:val="70DE5244"/>
    <w:lvl w:ilvl="0" w:tplc="31782B20"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4D1561A2"/>
    <w:multiLevelType w:val="hybridMultilevel"/>
    <w:tmpl w:val="7BAC0134"/>
    <w:lvl w:ilvl="0" w:tplc="A404B4CC"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4EBB319F"/>
    <w:multiLevelType w:val="hybridMultilevel"/>
    <w:tmpl w:val="BB8689EC"/>
    <w:lvl w:ilvl="0" w:tplc="31782B20"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4F856DD5"/>
    <w:multiLevelType w:val="hybridMultilevel"/>
    <w:tmpl w:val="A3F0D264"/>
    <w:lvl w:ilvl="0" w:tplc="31782B20"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5335659E"/>
    <w:multiLevelType w:val="hybridMultilevel"/>
    <w:tmpl w:val="79FAD236"/>
    <w:lvl w:ilvl="0" w:tplc="A404B4CC"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57327310"/>
    <w:multiLevelType w:val="hybridMultilevel"/>
    <w:tmpl w:val="F35A5678"/>
    <w:lvl w:ilvl="0" w:tplc="A404B4CC"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59097F6E"/>
    <w:multiLevelType w:val="hybridMultilevel"/>
    <w:tmpl w:val="C9A2F12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593F08F4"/>
    <w:multiLevelType w:val="hybridMultilevel"/>
    <w:tmpl w:val="67B612EC"/>
    <w:lvl w:ilvl="0" w:tplc="31782B20"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59B53D6E"/>
    <w:multiLevelType w:val="hybridMultilevel"/>
    <w:tmpl w:val="DCAAEAC2"/>
    <w:lvl w:ilvl="0" w:tplc="31782B20"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5BE0631E"/>
    <w:multiLevelType w:val="hybridMultilevel"/>
    <w:tmpl w:val="9CBEA8AE"/>
    <w:lvl w:ilvl="0" w:tplc="31782B20"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5DAD6DC3"/>
    <w:multiLevelType w:val="hybridMultilevel"/>
    <w:tmpl w:val="EC087962"/>
    <w:lvl w:ilvl="0" w:tplc="A404B4CC">
      <w:numFmt w:val="bullet"/>
      <w:lvlText w:val="•"/>
      <w:lvlJc w:val="left"/>
      <w:pPr>
        <w:ind w:left="1080" w:hanging="720"/>
      </w:pPr>
      <w:rPr>
        <w:rFonts w:ascii="Times New Roman" w:eastAsiaTheme="minorEastAsia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616A6B8D"/>
    <w:multiLevelType w:val="hybridMultilevel"/>
    <w:tmpl w:val="D47663E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6260411F"/>
    <w:multiLevelType w:val="hybridMultilevel"/>
    <w:tmpl w:val="F04C2488"/>
    <w:lvl w:ilvl="0" w:tplc="31782B20"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652913F3"/>
    <w:multiLevelType w:val="hybridMultilevel"/>
    <w:tmpl w:val="1EE6A7E2"/>
    <w:lvl w:ilvl="0" w:tplc="31782B20"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655C46C0"/>
    <w:multiLevelType w:val="hybridMultilevel"/>
    <w:tmpl w:val="B17A2558"/>
    <w:lvl w:ilvl="0" w:tplc="A404B4CC">
      <w:numFmt w:val="bullet"/>
      <w:lvlText w:val="•"/>
      <w:lvlJc w:val="left"/>
      <w:pPr>
        <w:ind w:left="1080" w:hanging="720"/>
      </w:pPr>
      <w:rPr>
        <w:rFonts w:ascii="Times New Roman" w:eastAsiaTheme="minorEastAsia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65792ACD"/>
    <w:multiLevelType w:val="hybridMultilevel"/>
    <w:tmpl w:val="8E2CAD48"/>
    <w:lvl w:ilvl="0" w:tplc="A404B4CC"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65B510D2"/>
    <w:multiLevelType w:val="hybridMultilevel"/>
    <w:tmpl w:val="F6001BA2"/>
    <w:lvl w:ilvl="0" w:tplc="31782B20"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680F4478"/>
    <w:multiLevelType w:val="hybridMultilevel"/>
    <w:tmpl w:val="09C05316"/>
    <w:lvl w:ilvl="0" w:tplc="31782B20"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68EB432B"/>
    <w:multiLevelType w:val="hybridMultilevel"/>
    <w:tmpl w:val="171856D4"/>
    <w:lvl w:ilvl="0" w:tplc="31782B20"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6D4A0084"/>
    <w:multiLevelType w:val="hybridMultilevel"/>
    <w:tmpl w:val="D8DADC96"/>
    <w:lvl w:ilvl="0" w:tplc="31782B20"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6D785651"/>
    <w:multiLevelType w:val="hybridMultilevel"/>
    <w:tmpl w:val="6C72E09C"/>
    <w:lvl w:ilvl="0" w:tplc="31782B20"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6E2E333A"/>
    <w:multiLevelType w:val="hybridMultilevel"/>
    <w:tmpl w:val="D2CA3E4A"/>
    <w:lvl w:ilvl="0" w:tplc="31782B20"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6EC24D34"/>
    <w:multiLevelType w:val="hybridMultilevel"/>
    <w:tmpl w:val="37BED858"/>
    <w:lvl w:ilvl="0" w:tplc="31782B20"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72753734"/>
    <w:multiLevelType w:val="hybridMultilevel"/>
    <w:tmpl w:val="F3DABC1E"/>
    <w:lvl w:ilvl="0" w:tplc="31782B20"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7A61274D"/>
    <w:multiLevelType w:val="hybridMultilevel"/>
    <w:tmpl w:val="FF4CCF04"/>
    <w:lvl w:ilvl="0" w:tplc="31782B20"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7DB561CE"/>
    <w:multiLevelType w:val="hybridMultilevel"/>
    <w:tmpl w:val="F2C63EF8"/>
    <w:lvl w:ilvl="0" w:tplc="31782B20"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7F7E6414"/>
    <w:multiLevelType w:val="hybridMultilevel"/>
    <w:tmpl w:val="51E41D3E"/>
    <w:lvl w:ilvl="0" w:tplc="31782B20"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6429744">
    <w:abstractNumId w:val="5"/>
  </w:num>
  <w:num w:numId="2" w16cid:durableId="93406550">
    <w:abstractNumId w:val="3"/>
  </w:num>
  <w:num w:numId="3" w16cid:durableId="1439108039">
    <w:abstractNumId w:val="2"/>
  </w:num>
  <w:num w:numId="4" w16cid:durableId="658928876">
    <w:abstractNumId w:val="4"/>
  </w:num>
  <w:num w:numId="5" w16cid:durableId="715086516">
    <w:abstractNumId w:val="1"/>
  </w:num>
  <w:num w:numId="6" w16cid:durableId="2004770022">
    <w:abstractNumId w:val="0"/>
  </w:num>
  <w:num w:numId="7" w16cid:durableId="1807695090">
    <w:abstractNumId w:val="7"/>
  </w:num>
  <w:num w:numId="8" w16cid:durableId="445930637">
    <w:abstractNumId w:val="30"/>
  </w:num>
  <w:num w:numId="9" w16cid:durableId="2122407894">
    <w:abstractNumId w:val="40"/>
  </w:num>
  <w:num w:numId="10" w16cid:durableId="1484807296">
    <w:abstractNumId w:val="19"/>
  </w:num>
  <w:num w:numId="11" w16cid:durableId="932973371">
    <w:abstractNumId w:val="45"/>
  </w:num>
  <w:num w:numId="12" w16cid:durableId="434597289">
    <w:abstractNumId w:val="16"/>
  </w:num>
  <w:num w:numId="13" w16cid:durableId="540751481">
    <w:abstractNumId w:val="37"/>
  </w:num>
  <w:num w:numId="14" w16cid:durableId="1799882777">
    <w:abstractNumId w:val="60"/>
  </w:num>
  <w:num w:numId="15" w16cid:durableId="1446997459">
    <w:abstractNumId w:val="56"/>
  </w:num>
  <w:num w:numId="16" w16cid:durableId="840313749">
    <w:abstractNumId w:val="28"/>
  </w:num>
  <w:num w:numId="17" w16cid:durableId="1379016349">
    <w:abstractNumId w:val="27"/>
  </w:num>
  <w:num w:numId="18" w16cid:durableId="293683111">
    <w:abstractNumId w:val="29"/>
  </w:num>
  <w:num w:numId="19" w16cid:durableId="544147461">
    <w:abstractNumId w:val="50"/>
  </w:num>
  <w:num w:numId="20" w16cid:durableId="1600332676">
    <w:abstractNumId w:val="33"/>
  </w:num>
  <w:num w:numId="21" w16cid:durableId="539169316">
    <w:abstractNumId w:val="14"/>
  </w:num>
  <w:num w:numId="22" w16cid:durableId="817304414">
    <w:abstractNumId w:val="32"/>
  </w:num>
  <w:num w:numId="23" w16cid:durableId="1768041213">
    <w:abstractNumId w:val="51"/>
  </w:num>
  <w:num w:numId="24" w16cid:durableId="183176938">
    <w:abstractNumId w:val="47"/>
  </w:num>
  <w:num w:numId="25" w16cid:durableId="1012222949">
    <w:abstractNumId w:val="61"/>
  </w:num>
  <w:num w:numId="26" w16cid:durableId="2066678567">
    <w:abstractNumId w:val="17"/>
  </w:num>
  <w:num w:numId="27" w16cid:durableId="994836920">
    <w:abstractNumId w:val="21"/>
  </w:num>
  <w:num w:numId="28" w16cid:durableId="791707626">
    <w:abstractNumId w:val="9"/>
  </w:num>
  <w:num w:numId="29" w16cid:durableId="416096461">
    <w:abstractNumId w:val="10"/>
  </w:num>
  <w:num w:numId="30" w16cid:durableId="1569000340">
    <w:abstractNumId w:val="52"/>
  </w:num>
  <w:num w:numId="31" w16cid:durableId="1975015735">
    <w:abstractNumId w:val="13"/>
  </w:num>
  <w:num w:numId="32" w16cid:durableId="1637371858">
    <w:abstractNumId w:val="57"/>
  </w:num>
  <w:num w:numId="33" w16cid:durableId="1558123574">
    <w:abstractNumId w:val="24"/>
  </w:num>
  <w:num w:numId="34" w16cid:durableId="1630698778">
    <w:abstractNumId w:val="26"/>
  </w:num>
  <w:num w:numId="35" w16cid:durableId="106316380">
    <w:abstractNumId w:val="6"/>
  </w:num>
  <w:num w:numId="36" w16cid:durableId="785007356">
    <w:abstractNumId w:val="11"/>
  </w:num>
  <w:num w:numId="37" w16cid:durableId="991367864">
    <w:abstractNumId w:val="49"/>
  </w:num>
  <w:num w:numId="38" w16cid:durableId="1280181906">
    <w:abstractNumId w:val="15"/>
  </w:num>
  <w:num w:numId="39" w16cid:durableId="1451975181">
    <w:abstractNumId w:val="44"/>
  </w:num>
  <w:num w:numId="40" w16cid:durableId="1731078479">
    <w:abstractNumId w:val="34"/>
  </w:num>
  <w:num w:numId="41" w16cid:durableId="1425418932">
    <w:abstractNumId w:val="66"/>
  </w:num>
  <w:num w:numId="42" w16cid:durableId="1741520247">
    <w:abstractNumId w:val="39"/>
  </w:num>
  <w:num w:numId="43" w16cid:durableId="1282304402">
    <w:abstractNumId w:val="58"/>
  </w:num>
  <w:num w:numId="44" w16cid:durableId="118644028">
    <w:abstractNumId w:val="31"/>
  </w:num>
  <w:num w:numId="45" w16cid:durableId="983310675">
    <w:abstractNumId w:val="18"/>
  </w:num>
  <w:num w:numId="46" w16cid:durableId="1068187244">
    <w:abstractNumId w:val="38"/>
  </w:num>
  <w:num w:numId="47" w16cid:durableId="965160566">
    <w:abstractNumId w:val="20"/>
  </w:num>
  <w:num w:numId="48" w16cid:durableId="1240746521">
    <w:abstractNumId w:val="68"/>
  </w:num>
  <w:num w:numId="49" w16cid:durableId="1771513085">
    <w:abstractNumId w:val="35"/>
  </w:num>
  <w:num w:numId="50" w16cid:durableId="345449262">
    <w:abstractNumId w:val="59"/>
  </w:num>
  <w:num w:numId="51" w16cid:durableId="201094808">
    <w:abstractNumId w:val="69"/>
  </w:num>
  <w:num w:numId="52" w16cid:durableId="662242964">
    <w:abstractNumId w:val="8"/>
  </w:num>
  <w:num w:numId="53" w16cid:durableId="1905338931">
    <w:abstractNumId w:val="12"/>
  </w:num>
  <w:num w:numId="54" w16cid:durableId="531236752">
    <w:abstractNumId w:val="48"/>
  </w:num>
  <w:num w:numId="55" w16cid:durableId="506604764">
    <w:abstractNumId w:val="25"/>
  </w:num>
  <w:num w:numId="56" w16cid:durableId="1221014270">
    <w:abstractNumId w:val="71"/>
  </w:num>
  <w:num w:numId="57" w16cid:durableId="1666980285">
    <w:abstractNumId w:val="22"/>
  </w:num>
  <w:num w:numId="58" w16cid:durableId="1217814124">
    <w:abstractNumId w:val="23"/>
  </w:num>
  <w:num w:numId="59" w16cid:durableId="1481311403">
    <w:abstractNumId w:val="36"/>
  </w:num>
  <w:num w:numId="60" w16cid:durableId="164318948">
    <w:abstractNumId w:val="46"/>
  </w:num>
  <w:num w:numId="61" w16cid:durableId="1852715205">
    <w:abstractNumId w:val="41"/>
  </w:num>
  <w:num w:numId="62" w16cid:durableId="303000408">
    <w:abstractNumId w:val="67"/>
  </w:num>
  <w:num w:numId="63" w16cid:durableId="1505389891">
    <w:abstractNumId w:val="63"/>
  </w:num>
  <w:num w:numId="64" w16cid:durableId="436098239">
    <w:abstractNumId w:val="55"/>
  </w:num>
  <w:num w:numId="65" w16cid:durableId="1254051981">
    <w:abstractNumId w:val="62"/>
  </w:num>
  <w:num w:numId="66" w16cid:durableId="569848677">
    <w:abstractNumId w:val="65"/>
  </w:num>
  <w:num w:numId="67" w16cid:durableId="1841919884">
    <w:abstractNumId w:val="70"/>
  </w:num>
  <w:num w:numId="68" w16cid:durableId="1602570250">
    <w:abstractNumId w:val="53"/>
  </w:num>
  <w:num w:numId="69" w16cid:durableId="2058700912">
    <w:abstractNumId w:val="42"/>
  </w:num>
  <w:num w:numId="70" w16cid:durableId="2086148242">
    <w:abstractNumId w:val="43"/>
  </w:num>
  <w:num w:numId="71" w16cid:durableId="704524053">
    <w:abstractNumId w:val="72"/>
  </w:num>
  <w:num w:numId="72" w16cid:durableId="1863395970">
    <w:abstractNumId w:val="64"/>
  </w:num>
  <w:num w:numId="73" w16cid:durableId="640770126">
    <w:abstractNumId w:val="54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4406D"/>
    <w:rsid w:val="0006063C"/>
    <w:rsid w:val="00066873"/>
    <w:rsid w:val="000942A4"/>
    <w:rsid w:val="000A16FA"/>
    <w:rsid w:val="000E0735"/>
    <w:rsid w:val="0015074B"/>
    <w:rsid w:val="001551CD"/>
    <w:rsid w:val="00185BAA"/>
    <w:rsid w:val="001A468B"/>
    <w:rsid w:val="001E5E2F"/>
    <w:rsid w:val="0029639D"/>
    <w:rsid w:val="002A68EC"/>
    <w:rsid w:val="002D5F4F"/>
    <w:rsid w:val="003174EA"/>
    <w:rsid w:val="00326F90"/>
    <w:rsid w:val="003A69AF"/>
    <w:rsid w:val="004024FA"/>
    <w:rsid w:val="00417D0D"/>
    <w:rsid w:val="005452B8"/>
    <w:rsid w:val="00546E2E"/>
    <w:rsid w:val="00583D28"/>
    <w:rsid w:val="005B152B"/>
    <w:rsid w:val="005F0C47"/>
    <w:rsid w:val="00620E2D"/>
    <w:rsid w:val="00637B4E"/>
    <w:rsid w:val="006A7823"/>
    <w:rsid w:val="00724A49"/>
    <w:rsid w:val="007A4616"/>
    <w:rsid w:val="007A55C2"/>
    <w:rsid w:val="007E5086"/>
    <w:rsid w:val="0080657F"/>
    <w:rsid w:val="008343C3"/>
    <w:rsid w:val="008704F2"/>
    <w:rsid w:val="008A723E"/>
    <w:rsid w:val="008C7E05"/>
    <w:rsid w:val="00913863"/>
    <w:rsid w:val="00962775"/>
    <w:rsid w:val="00A627FA"/>
    <w:rsid w:val="00A70413"/>
    <w:rsid w:val="00AA1D8D"/>
    <w:rsid w:val="00B36B0B"/>
    <w:rsid w:val="00B47730"/>
    <w:rsid w:val="00B47A07"/>
    <w:rsid w:val="00C44DA0"/>
    <w:rsid w:val="00CB0664"/>
    <w:rsid w:val="00CC4824"/>
    <w:rsid w:val="00D26797"/>
    <w:rsid w:val="00D6327D"/>
    <w:rsid w:val="00DA5F7F"/>
    <w:rsid w:val="00DC4B26"/>
    <w:rsid w:val="00DD15C1"/>
    <w:rsid w:val="00DD4F44"/>
    <w:rsid w:val="00E051B3"/>
    <w:rsid w:val="00EA4540"/>
    <w:rsid w:val="00EC777D"/>
    <w:rsid w:val="00ED189B"/>
    <w:rsid w:val="00F62847"/>
    <w:rsid w:val="00FC693F"/>
    <w:rsid w:val="00FD5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1331603"/>
  <w14:defaultImageDpi w14:val="300"/>
  <w15:docId w15:val="{55BDCA81-AB2D-4612-80EE-275BA5C338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4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5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8</Pages>
  <Words>1562</Words>
  <Characters>9375</Characters>
  <Application>Microsoft Office Word</Application>
  <DocSecurity>0</DocSecurity>
  <Lines>78</Lines>
  <Paragraphs>21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10916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Pavlo Liashchuk</cp:lastModifiedBy>
  <cp:revision>47</cp:revision>
  <dcterms:created xsi:type="dcterms:W3CDTF">2013-12-23T23:15:00Z</dcterms:created>
  <dcterms:modified xsi:type="dcterms:W3CDTF">2026-03-01T21:22:00Z</dcterms:modified>
  <cp:category/>
</cp:coreProperties>
</file>