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5A0D9C" w14:textId="693EDB8C" w:rsidR="001D08D4" w:rsidRPr="004B65B4" w:rsidRDefault="00000000" w:rsidP="004B65B4">
      <w:pPr>
        <w:spacing w:line="360" w:lineRule="auto"/>
        <w:jc w:val="center"/>
        <w:rPr>
          <w:rFonts w:ascii="Times New Roman" w:hAnsi="Times New Roman" w:cs="Times New Roman"/>
          <w:b/>
          <w:bCs/>
          <w:lang w:val="pl-PL"/>
        </w:rPr>
      </w:pPr>
      <w:r w:rsidRPr="004B65B4">
        <w:rPr>
          <w:rFonts w:ascii="Times New Roman" w:hAnsi="Times New Roman" w:cs="Times New Roman"/>
          <w:b/>
          <w:bCs/>
          <w:lang w:val="pl-PL"/>
        </w:rPr>
        <w:t>ZAMIERZENIA DYDAKTYCZNO-WYCHOWAWCZE</w:t>
      </w:r>
      <w:r w:rsidR="00B6774C" w:rsidRPr="004B65B4">
        <w:rPr>
          <w:rFonts w:ascii="Times New Roman" w:hAnsi="Times New Roman" w:cs="Times New Roman"/>
          <w:b/>
          <w:bCs/>
          <w:lang w:val="pl-PL"/>
        </w:rPr>
        <w:t xml:space="preserve"> </w:t>
      </w:r>
      <w:r w:rsidRPr="004B65B4">
        <w:rPr>
          <w:rFonts w:ascii="Times New Roman" w:hAnsi="Times New Roman" w:cs="Times New Roman"/>
          <w:b/>
          <w:bCs/>
          <w:lang w:val="pl-PL"/>
        </w:rPr>
        <w:t>NA MIESIĄC STYCZEŃ 2026 W GRUPIE 5-LATKÓW BUSSY BEES</w:t>
      </w:r>
    </w:p>
    <w:p w14:paraId="2BF188BB" w14:textId="77777777" w:rsidR="004B65B4" w:rsidRPr="004B65B4" w:rsidRDefault="004B65B4" w:rsidP="004B65B4">
      <w:pPr>
        <w:spacing w:line="360" w:lineRule="auto"/>
        <w:rPr>
          <w:rFonts w:ascii="Times New Roman" w:hAnsi="Times New Roman" w:cs="Times New Roman"/>
          <w:b/>
          <w:bCs/>
          <w:lang w:val="pl-PL"/>
        </w:rPr>
      </w:pPr>
      <w:r w:rsidRPr="004B65B4">
        <w:rPr>
          <w:rFonts w:ascii="Times New Roman" w:hAnsi="Times New Roman" w:cs="Times New Roman"/>
          <w:b/>
          <w:bCs/>
          <w:lang w:val="pl-PL"/>
        </w:rPr>
        <w:t>TYDZIEŃ I</w:t>
      </w:r>
    </w:p>
    <w:p w14:paraId="2D3F33C8" w14:textId="0696E6DF" w:rsidR="00B6774C" w:rsidRPr="00B6774C" w:rsidRDefault="004B65B4" w:rsidP="004B65B4">
      <w:pPr>
        <w:spacing w:line="360" w:lineRule="auto"/>
        <w:rPr>
          <w:rFonts w:ascii="Times New Roman" w:hAnsi="Times New Roman" w:cs="Times New Roman"/>
          <w:lang w:val="pl-PL"/>
        </w:rPr>
      </w:pPr>
      <w:r w:rsidRPr="004B65B4">
        <w:rPr>
          <w:rFonts w:ascii="Times New Roman" w:hAnsi="Times New Roman" w:cs="Times New Roman"/>
          <w:b/>
          <w:bCs/>
          <w:lang w:val="pl-PL"/>
        </w:rPr>
        <w:t>T</w:t>
      </w:r>
      <w:r w:rsidR="00B6774C" w:rsidRPr="00B6774C">
        <w:rPr>
          <w:rFonts w:ascii="Times New Roman" w:hAnsi="Times New Roman" w:cs="Times New Roman"/>
          <w:b/>
          <w:bCs/>
          <w:lang w:val="pl-PL"/>
        </w:rPr>
        <w:t xml:space="preserve">emat tygodnia: </w:t>
      </w:r>
      <w:r w:rsidR="00B6774C" w:rsidRPr="00B6774C">
        <w:rPr>
          <w:rFonts w:ascii="Times New Roman" w:hAnsi="Times New Roman" w:cs="Times New Roman"/>
          <w:lang w:val="pl-PL"/>
        </w:rPr>
        <w:t>Postanowienia noworoczne</w:t>
      </w:r>
    </w:p>
    <w:p w14:paraId="6CB2584B" w14:textId="77777777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b/>
          <w:bCs/>
          <w:lang w:val="pl-PL"/>
        </w:rPr>
      </w:pPr>
      <w:r w:rsidRPr="00B6774C">
        <w:rPr>
          <w:rFonts w:ascii="Times New Roman" w:hAnsi="Times New Roman" w:cs="Times New Roman"/>
          <w:b/>
          <w:bCs/>
          <w:lang w:val="pl-PL"/>
        </w:rPr>
        <w:t>Treści programowe</w:t>
      </w:r>
    </w:p>
    <w:p w14:paraId="10F230E2" w14:textId="77777777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b/>
          <w:bCs/>
          <w:lang w:val="pl-PL"/>
        </w:rPr>
      </w:pPr>
      <w:r w:rsidRPr="00B6774C">
        <w:rPr>
          <w:rFonts w:ascii="Times New Roman" w:hAnsi="Times New Roman" w:cs="Times New Roman"/>
          <w:b/>
          <w:bCs/>
          <w:lang w:val="pl-PL"/>
        </w:rPr>
        <w:t>Fizyczny obszar rozwoju dziecka</w:t>
      </w:r>
    </w:p>
    <w:p w14:paraId="3649F67D" w14:textId="77777777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lang w:val="pl-PL"/>
        </w:rPr>
      </w:pPr>
      <w:r w:rsidRPr="00B6774C">
        <w:rPr>
          <w:rFonts w:ascii="Times New Roman" w:hAnsi="Times New Roman" w:cs="Times New Roman"/>
          <w:i/>
          <w:iCs/>
          <w:lang w:val="pl-PL"/>
        </w:rPr>
        <w:t>Społeczna aktywność dziecka:</w:t>
      </w:r>
      <w:r w:rsidRPr="00B6774C">
        <w:rPr>
          <w:rFonts w:ascii="Times New Roman" w:hAnsi="Times New Roman" w:cs="Times New Roman"/>
          <w:lang w:val="pl-PL"/>
        </w:rPr>
        <w:br/>
        <w:t>• korzystanie z własnych zmysłów w poznawaniu otoczenia,</w:t>
      </w:r>
      <w:r w:rsidRPr="00B6774C">
        <w:rPr>
          <w:rFonts w:ascii="Times New Roman" w:hAnsi="Times New Roman" w:cs="Times New Roman"/>
          <w:lang w:val="pl-PL"/>
        </w:rPr>
        <w:br/>
        <w:t>• wykonywanie podstawowych czynności samoobsługowych,</w:t>
      </w:r>
      <w:r w:rsidRPr="00B6774C">
        <w:rPr>
          <w:rFonts w:ascii="Times New Roman" w:hAnsi="Times New Roman" w:cs="Times New Roman"/>
          <w:lang w:val="pl-PL"/>
        </w:rPr>
        <w:br/>
        <w:t>• dbanie o porządek w sali i miejscu zabawy,</w:t>
      </w:r>
      <w:r w:rsidRPr="00B6774C">
        <w:rPr>
          <w:rFonts w:ascii="Times New Roman" w:hAnsi="Times New Roman" w:cs="Times New Roman"/>
          <w:lang w:val="pl-PL"/>
        </w:rPr>
        <w:br/>
        <w:t>• zwracanie uwagi na kulturę spożywania posiłków,</w:t>
      </w:r>
      <w:r w:rsidRPr="00B6774C">
        <w:rPr>
          <w:rFonts w:ascii="Times New Roman" w:hAnsi="Times New Roman" w:cs="Times New Roman"/>
          <w:lang w:val="pl-PL"/>
        </w:rPr>
        <w:br/>
        <w:t>• kształtowanie samodzielności w ubieraniu się i dbaniu o swoje rzeczy.</w:t>
      </w:r>
    </w:p>
    <w:p w14:paraId="4E81EF94" w14:textId="77777777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lang w:val="pl-PL"/>
        </w:rPr>
      </w:pPr>
      <w:r w:rsidRPr="00B6774C">
        <w:rPr>
          <w:rFonts w:ascii="Times New Roman" w:hAnsi="Times New Roman" w:cs="Times New Roman"/>
          <w:i/>
          <w:iCs/>
          <w:lang w:val="pl-PL"/>
        </w:rPr>
        <w:t>Językowa aktywność dziecka:</w:t>
      </w:r>
      <w:r w:rsidRPr="00B6774C">
        <w:rPr>
          <w:rFonts w:ascii="Times New Roman" w:hAnsi="Times New Roman" w:cs="Times New Roman"/>
          <w:lang w:val="pl-PL"/>
        </w:rPr>
        <w:br/>
        <w:t>• rozwijanie sprawności całego ciała w toku zabaw ruchowych i samoobsługowych,</w:t>
      </w:r>
      <w:r w:rsidRPr="00B6774C">
        <w:rPr>
          <w:rFonts w:ascii="Times New Roman" w:hAnsi="Times New Roman" w:cs="Times New Roman"/>
          <w:lang w:val="pl-PL"/>
        </w:rPr>
        <w:br/>
        <w:t>• doskonalenie koordynacji ruchowej i wzrokowo-ruchowej,</w:t>
      </w:r>
      <w:r w:rsidRPr="00B6774C">
        <w:rPr>
          <w:rFonts w:ascii="Times New Roman" w:hAnsi="Times New Roman" w:cs="Times New Roman"/>
          <w:lang w:val="pl-PL"/>
        </w:rPr>
        <w:br/>
        <w:t>• rozwijanie sprawności manualnej (lepienie, wycinanie, zgniatanie),</w:t>
      </w:r>
      <w:r w:rsidRPr="00B6774C">
        <w:rPr>
          <w:rFonts w:ascii="Times New Roman" w:hAnsi="Times New Roman" w:cs="Times New Roman"/>
          <w:lang w:val="pl-PL"/>
        </w:rPr>
        <w:br/>
        <w:t>• nazywanie części ciała i uświadamianie ich funkcji.</w:t>
      </w:r>
    </w:p>
    <w:p w14:paraId="69D0D642" w14:textId="77777777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lang w:val="pl-PL"/>
        </w:rPr>
      </w:pPr>
      <w:r w:rsidRPr="00B6774C">
        <w:rPr>
          <w:rFonts w:ascii="Times New Roman" w:hAnsi="Times New Roman" w:cs="Times New Roman"/>
          <w:i/>
          <w:iCs/>
          <w:lang w:val="pl-PL"/>
        </w:rPr>
        <w:t>Artystyczna aktywność dziecka:</w:t>
      </w:r>
      <w:r w:rsidRPr="00B6774C">
        <w:rPr>
          <w:rFonts w:ascii="Times New Roman" w:hAnsi="Times New Roman" w:cs="Times New Roman"/>
          <w:lang w:val="pl-PL"/>
        </w:rPr>
        <w:br/>
        <w:t>• uczestniczenie w zabawach rytmicznych i ruchowych,</w:t>
      </w:r>
      <w:r w:rsidRPr="00B6774C">
        <w:rPr>
          <w:rFonts w:ascii="Times New Roman" w:hAnsi="Times New Roman" w:cs="Times New Roman"/>
          <w:lang w:val="pl-PL"/>
        </w:rPr>
        <w:br/>
        <w:t>• reagowanie ruchem na muzykę o zróżnicowanym tempie i dynamice,</w:t>
      </w:r>
      <w:r w:rsidRPr="00B6774C">
        <w:rPr>
          <w:rFonts w:ascii="Times New Roman" w:hAnsi="Times New Roman" w:cs="Times New Roman"/>
          <w:lang w:val="pl-PL"/>
        </w:rPr>
        <w:br/>
        <w:t>• zabawy konstrukcyjne i techniczne,</w:t>
      </w:r>
      <w:r w:rsidRPr="00B6774C">
        <w:rPr>
          <w:rFonts w:ascii="Times New Roman" w:hAnsi="Times New Roman" w:cs="Times New Roman"/>
          <w:lang w:val="pl-PL"/>
        </w:rPr>
        <w:br/>
        <w:t>• działania angażujące kilka zmysłów jednocześnie.</w:t>
      </w:r>
    </w:p>
    <w:p w14:paraId="40E5A1EA" w14:textId="3775B0ED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lang w:val="pl-PL"/>
        </w:rPr>
      </w:pPr>
      <w:r w:rsidRPr="00B6774C">
        <w:rPr>
          <w:rFonts w:ascii="Times New Roman" w:hAnsi="Times New Roman" w:cs="Times New Roman"/>
          <w:lang w:val="pl-PL"/>
        </w:rPr>
        <w:t>Ruchowa i zdrowotna aktywność dziecka:</w:t>
      </w:r>
      <w:r w:rsidRPr="00B6774C">
        <w:rPr>
          <w:rFonts w:ascii="Times New Roman" w:hAnsi="Times New Roman" w:cs="Times New Roman"/>
          <w:lang w:val="pl-PL"/>
        </w:rPr>
        <w:br/>
        <w:t>• udział w zabawach ruchowych i ćwiczeniach gimnastycznych,</w:t>
      </w:r>
      <w:r w:rsidRPr="00B6774C">
        <w:rPr>
          <w:rFonts w:ascii="Times New Roman" w:hAnsi="Times New Roman" w:cs="Times New Roman"/>
          <w:lang w:val="pl-PL"/>
        </w:rPr>
        <w:br/>
        <w:t>• przebywanie na świeżym powietrzu – spacery i zabawy,</w:t>
      </w:r>
      <w:r w:rsidRPr="00B6774C">
        <w:rPr>
          <w:rFonts w:ascii="Times New Roman" w:hAnsi="Times New Roman" w:cs="Times New Roman"/>
          <w:lang w:val="pl-PL"/>
        </w:rPr>
        <w:br/>
        <w:t>• kształtowanie nawyków higienicznych i zdrowotnych,</w:t>
      </w:r>
      <w:r w:rsidRPr="00B6774C">
        <w:rPr>
          <w:rFonts w:ascii="Times New Roman" w:hAnsi="Times New Roman" w:cs="Times New Roman"/>
          <w:lang w:val="pl-PL"/>
        </w:rPr>
        <w:br/>
        <w:t>• dbanie o bezpieczeństwo podczas zabaw,</w:t>
      </w:r>
      <w:r w:rsidRPr="00B6774C">
        <w:rPr>
          <w:rFonts w:ascii="Times New Roman" w:hAnsi="Times New Roman" w:cs="Times New Roman"/>
          <w:lang w:val="pl-PL"/>
        </w:rPr>
        <w:br/>
        <w:t>• przeplatanie aktywności ruchowej z odpoczynkiem.</w:t>
      </w:r>
    </w:p>
    <w:p w14:paraId="44816CDE" w14:textId="77777777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b/>
          <w:bCs/>
          <w:lang w:val="pl-PL"/>
        </w:rPr>
      </w:pPr>
      <w:r w:rsidRPr="00B6774C">
        <w:rPr>
          <w:rFonts w:ascii="Times New Roman" w:hAnsi="Times New Roman" w:cs="Times New Roman"/>
          <w:b/>
          <w:bCs/>
          <w:lang w:val="pl-PL"/>
        </w:rPr>
        <w:t>Emocjonalny obszar rozwoju dziecka</w:t>
      </w:r>
    </w:p>
    <w:p w14:paraId="3D6F01ED" w14:textId="224D74C8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lang w:val="pl-PL"/>
        </w:rPr>
      </w:pPr>
      <w:r w:rsidRPr="00B6774C">
        <w:rPr>
          <w:rFonts w:ascii="Times New Roman" w:hAnsi="Times New Roman" w:cs="Times New Roman"/>
          <w:i/>
          <w:iCs/>
          <w:lang w:val="pl-PL"/>
        </w:rPr>
        <w:lastRenderedPageBreak/>
        <w:t>Społeczna aktywność dziecka:</w:t>
      </w:r>
      <w:r w:rsidRPr="00B6774C">
        <w:rPr>
          <w:rFonts w:ascii="Times New Roman" w:hAnsi="Times New Roman" w:cs="Times New Roman"/>
          <w:lang w:val="pl-PL"/>
        </w:rPr>
        <w:br/>
        <w:t>• podejmowanie prób nazywania i wyrażania emocji,</w:t>
      </w:r>
      <w:r w:rsidRPr="00B6774C">
        <w:rPr>
          <w:rFonts w:ascii="Times New Roman" w:hAnsi="Times New Roman" w:cs="Times New Roman"/>
          <w:lang w:val="pl-PL"/>
        </w:rPr>
        <w:br/>
        <w:t>• uczestniczenie we wspólnych zabawach,</w:t>
      </w:r>
      <w:r w:rsidRPr="00B6774C">
        <w:rPr>
          <w:rFonts w:ascii="Times New Roman" w:hAnsi="Times New Roman" w:cs="Times New Roman"/>
          <w:lang w:val="pl-PL"/>
        </w:rPr>
        <w:br/>
        <w:t>• dzielenie się zabawkami i materiałami,</w:t>
      </w:r>
      <w:r w:rsidRPr="00B6774C">
        <w:rPr>
          <w:rFonts w:ascii="Times New Roman" w:hAnsi="Times New Roman" w:cs="Times New Roman"/>
          <w:lang w:val="pl-PL"/>
        </w:rPr>
        <w:br/>
        <w:t>• radzenie sobie z emocjami poprzez zabawę, rozmowę i kontakt z literaturą,</w:t>
      </w:r>
      <w:r w:rsidRPr="00B6774C">
        <w:rPr>
          <w:rFonts w:ascii="Times New Roman" w:hAnsi="Times New Roman" w:cs="Times New Roman"/>
          <w:lang w:val="pl-PL"/>
        </w:rPr>
        <w:br/>
        <w:t>• zwracanie się o pomoc w trudnych sytuacjach.</w:t>
      </w:r>
    </w:p>
    <w:p w14:paraId="66A9C86C" w14:textId="77777777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b/>
          <w:bCs/>
          <w:lang w:val="pl-PL"/>
        </w:rPr>
      </w:pPr>
      <w:r w:rsidRPr="00B6774C">
        <w:rPr>
          <w:rFonts w:ascii="Times New Roman" w:hAnsi="Times New Roman" w:cs="Times New Roman"/>
          <w:b/>
          <w:bCs/>
          <w:lang w:val="pl-PL"/>
        </w:rPr>
        <w:t>Społeczny obszar rozwoju dziecka</w:t>
      </w:r>
    </w:p>
    <w:p w14:paraId="72ADF7A1" w14:textId="1085E710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lang w:val="pl-PL"/>
        </w:rPr>
      </w:pPr>
      <w:r w:rsidRPr="00B6774C">
        <w:rPr>
          <w:rFonts w:ascii="Times New Roman" w:hAnsi="Times New Roman" w:cs="Times New Roman"/>
          <w:i/>
          <w:iCs/>
          <w:lang w:val="pl-PL"/>
        </w:rPr>
        <w:t>Społeczna aktywność dziecka:</w:t>
      </w:r>
      <w:r w:rsidRPr="00B6774C">
        <w:rPr>
          <w:rFonts w:ascii="Times New Roman" w:hAnsi="Times New Roman" w:cs="Times New Roman"/>
          <w:lang w:val="pl-PL"/>
        </w:rPr>
        <w:br/>
        <w:t>• podawanie swojego imienia i nazwiska,</w:t>
      </w:r>
      <w:r w:rsidRPr="00B6774C">
        <w:rPr>
          <w:rFonts w:ascii="Times New Roman" w:hAnsi="Times New Roman" w:cs="Times New Roman"/>
          <w:lang w:val="pl-PL"/>
        </w:rPr>
        <w:br/>
        <w:t>• poznawanie rówieśników i zasad obowiązujących w grupie,</w:t>
      </w:r>
      <w:r w:rsidRPr="00B6774C">
        <w:rPr>
          <w:rFonts w:ascii="Times New Roman" w:hAnsi="Times New Roman" w:cs="Times New Roman"/>
          <w:lang w:val="pl-PL"/>
        </w:rPr>
        <w:br/>
        <w:t>• uczestniczenie we wspólnych zabawach,</w:t>
      </w:r>
      <w:r w:rsidRPr="00B6774C">
        <w:rPr>
          <w:rFonts w:ascii="Times New Roman" w:hAnsi="Times New Roman" w:cs="Times New Roman"/>
          <w:lang w:val="pl-PL"/>
        </w:rPr>
        <w:br/>
        <w:t>• współdziałanie z innymi dziećmi,</w:t>
      </w:r>
      <w:r w:rsidRPr="00B6774C">
        <w:rPr>
          <w:rFonts w:ascii="Times New Roman" w:hAnsi="Times New Roman" w:cs="Times New Roman"/>
          <w:lang w:val="pl-PL"/>
        </w:rPr>
        <w:br/>
        <w:t>• prezentowanie swoich prac i wypowiedzi,</w:t>
      </w:r>
      <w:r w:rsidRPr="00B6774C">
        <w:rPr>
          <w:rFonts w:ascii="Times New Roman" w:hAnsi="Times New Roman" w:cs="Times New Roman"/>
          <w:lang w:val="pl-PL"/>
        </w:rPr>
        <w:br/>
        <w:t>• uczenie się dokonywania prostych wyborów i ponoszenia ich konsekwencji.</w:t>
      </w:r>
    </w:p>
    <w:p w14:paraId="1701C6CA" w14:textId="77777777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b/>
          <w:bCs/>
          <w:lang w:val="pl-PL"/>
        </w:rPr>
      </w:pPr>
      <w:r w:rsidRPr="00B6774C">
        <w:rPr>
          <w:rFonts w:ascii="Times New Roman" w:hAnsi="Times New Roman" w:cs="Times New Roman"/>
          <w:b/>
          <w:bCs/>
          <w:lang w:val="pl-PL"/>
        </w:rPr>
        <w:t>Poznawczy obszar rozwoju dziecka</w:t>
      </w:r>
    </w:p>
    <w:p w14:paraId="3A33EB0E" w14:textId="77777777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lang w:val="pl-PL"/>
        </w:rPr>
      </w:pPr>
      <w:r w:rsidRPr="00B6774C">
        <w:rPr>
          <w:rFonts w:ascii="Times New Roman" w:hAnsi="Times New Roman" w:cs="Times New Roman"/>
          <w:i/>
          <w:iCs/>
          <w:lang w:val="pl-PL"/>
        </w:rPr>
        <w:t>Społeczna aktywność dziecka:</w:t>
      </w:r>
      <w:r w:rsidRPr="00B6774C">
        <w:rPr>
          <w:rFonts w:ascii="Times New Roman" w:hAnsi="Times New Roman" w:cs="Times New Roman"/>
          <w:lang w:val="pl-PL"/>
        </w:rPr>
        <w:br/>
        <w:t>• opowiadanie o sobie, swoich planach i zainteresowaniach,</w:t>
      </w:r>
      <w:r w:rsidRPr="00B6774C">
        <w:rPr>
          <w:rFonts w:ascii="Times New Roman" w:hAnsi="Times New Roman" w:cs="Times New Roman"/>
          <w:lang w:val="pl-PL"/>
        </w:rPr>
        <w:br/>
        <w:t>• podejmowanie samodzielnych działań i prób rozwiązywania problemów,</w:t>
      </w:r>
      <w:r w:rsidRPr="00B6774C">
        <w:rPr>
          <w:rFonts w:ascii="Times New Roman" w:hAnsi="Times New Roman" w:cs="Times New Roman"/>
          <w:lang w:val="pl-PL"/>
        </w:rPr>
        <w:br/>
        <w:t>• oglądanie ilustracji, słuchanie wierszy i opowiadań.</w:t>
      </w:r>
    </w:p>
    <w:p w14:paraId="74CD5059" w14:textId="77777777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lang w:val="pl-PL"/>
        </w:rPr>
      </w:pPr>
      <w:r w:rsidRPr="00B6774C">
        <w:rPr>
          <w:rFonts w:ascii="Times New Roman" w:hAnsi="Times New Roman" w:cs="Times New Roman"/>
          <w:i/>
          <w:iCs/>
          <w:lang w:val="pl-PL"/>
        </w:rPr>
        <w:t>Językowa aktywność dziecka:</w:t>
      </w:r>
      <w:r w:rsidRPr="00B6774C">
        <w:rPr>
          <w:rFonts w:ascii="Times New Roman" w:hAnsi="Times New Roman" w:cs="Times New Roman"/>
          <w:lang w:val="pl-PL"/>
        </w:rPr>
        <w:br/>
        <w:t>• wypowiadanie się prostymi zdaniami,</w:t>
      </w:r>
      <w:r w:rsidRPr="00B6774C">
        <w:rPr>
          <w:rFonts w:ascii="Times New Roman" w:hAnsi="Times New Roman" w:cs="Times New Roman"/>
          <w:lang w:val="pl-PL"/>
        </w:rPr>
        <w:br/>
        <w:t>• aktywne uczestniczenie w rozmowach,</w:t>
      </w:r>
      <w:r w:rsidRPr="00B6774C">
        <w:rPr>
          <w:rFonts w:ascii="Times New Roman" w:hAnsi="Times New Roman" w:cs="Times New Roman"/>
          <w:lang w:val="pl-PL"/>
        </w:rPr>
        <w:br/>
        <w:t>• słuchanie tekstów literackich i odpowiadanie na pytania,</w:t>
      </w:r>
      <w:r w:rsidRPr="00B6774C">
        <w:rPr>
          <w:rFonts w:ascii="Times New Roman" w:hAnsi="Times New Roman" w:cs="Times New Roman"/>
          <w:lang w:val="pl-PL"/>
        </w:rPr>
        <w:br/>
        <w:t>• udział w zabawach słownych, rytmicznych i dźwiękonaśladowczych.</w:t>
      </w:r>
    </w:p>
    <w:p w14:paraId="0390657D" w14:textId="77777777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lang w:val="pl-PL"/>
        </w:rPr>
      </w:pPr>
      <w:r w:rsidRPr="00B6774C">
        <w:rPr>
          <w:rFonts w:ascii="Times New Roman" w:hAnsi="Times New Roman" w:cs="Times New Roman"/>
          <w:i/>
          <w:iCs/>
          <w:lang w:val="pl-PL"/>
        </w:rPr>
        <w:t>Artystyczna aktywność dziecka:</w:t>
      </w:r>
      <w:r w:rsidRPr="00B6774C">
        <w:rPr>
          <w:rFonts w:ascii="Times New Roman" w:hAnsi="Times New Roman" w:cs="Times New Roman"/>
          <w:lang w:val="pl-PL"/>
        </w:rPr>
        <w:br/>
        <w:t>• śpiewanie piosenek,</w:t>
      </w:r>
      <w:r w:rsidRPr="00B6774C">
        <w:rPr>
          <w:rFonts w:ascii="Times New Roman" w:hAnsi="Times New Roman" w:cs="Times New Roman"/>
          <w:lang w:val="pl-PL"/>
        </w:rPr>
        <w:br/>
        <w:t>• zabawy muzyczno-ruchowe,</w:t>
      </w:r>
      <w:r w:rsidRPr="00B6774C">
        <w:rPr>
          <w:rFonts w:ascii="Times New Roman" w:hAnsi="Times New Roman" w:cs="Times New Roman"/>
          <w:lang w:val="pl-PL"/>
        </w:rPr>
        <w:br/>
        <w:t>• ekspresja ruchowa i plastyczna inspirowana tematem tygodnia,</w:t>
      </w:r>
      <w:r w:rsidRPr="00B6774C">
        <w:rPr>
          <w:rFonts w:ascii="Times New Roman" w:hAnsi="Times New Roman" w:cs="Times New Roman"/>
          <w:lang w:val="pl-PL"/>
        </w:rPr>
        <w:br/>
        <w:t>• tworzenie prostych prac plastycznych i galerii dziecięcych prac.</w:t>
      </w:r>
    </w:p>
    <w:p w14:paraId="634848D7" w14:textId="7BFE1272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lang w:val="pl-PL"/>
        </w:rPr>
      </w:pPr>
      <w:r w:rsidRPr="00B6774C">
        <w:rPr>
          <w:rFonts w:ascii="Times New Roman" w:hAnsi="Times New Roman" w:cs="Times New Roman"/>
          <w:i/>
          <w:iCs/>
          <w:lang w:val="pl-PL"/>
        </w:rPr>
        <w:lastRenderedPageBreak/>
        <w:t>Aktywność poznawcza:</w:t>
      </w:r>
      <w:r w:rsidRPr="00B6774C">
        <w:rPr>
          <w:rFonts w:ascii="Times New Roman" w:hAnsi="Times New Roman" w:cs="Times New Roman"/>
          <w:lang w:val="pl-PL"/>
        </w:rPr>
        <w:br/>
        <w:t>• wykorzystywanie zabawek i przedmiotów w zabawach,</w:t>
      </w:r>
      <w:r w:rsidRPr="00B6774C">
        <w:rPr>
          <w:rFonts w:ascii="Times New Roman" w:hAnsi="Times New Roman" w:cs="Times New Roman"/>
          <w:lang w:val="pl-PL"/>
        </w:rPr>
        <w:br/>
        <w:t>• udział w zabawach organizowanych przez nauczyciela,</w:t>
      </w:r>
      <w:r w:rsidRPr="00B6774C">
        <w:rPr>
          <w:rFonts w:ascii="Times New Roman" w:hAnsi="Times New Roman" w:cs="Times New Roman"/>
          <w:lang w:val="pl-PL"/>
        </w:rPr>
        <w:br/>
        <w:t>• nauka krótkich wierszy i piosenek,</w:t>
      </w:r>
      <w:r w:rsidRPr="00B6774C">
        <w:rPr>
          <w:rFonts w:ascii="Times New Roman" w:hAnsi="Times New Roman" w:cs="Times New Roman"/>
          <w:lang w:val="pl-PL"/>
        </w:rPr>
        <w:br/>
        <w:t>• liczenie elementów i porządkowanie przedmiotów,</w:t>
      </w:r>
      <w:r w:rsidRPr="00B6774C">
        <w:rPr>
          <w:rFonts w:ascii="Times New Roman" w:hAnsi="Times New Roman" w:cs="Times New Roman"/>
          <w:lang w:val="pl-PL"/>
        </w:rPr>
        <w:br/>
        <w:t>• uczestniczenie w zabawach rozwijających myślenie, wyobraźnię i koncentrację uwagi.</w:t>
      </w:r>
    </w:p>
    <w:p w14:paraId="671F4B53" w14:textId="77777777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i/>
          <w:iCs/>
          <w:lang w:val="pl-PL"/>
        </w:rPr>
      </w:pPr>
      <w:r w:rsidRPr="00B6774C">
        <w:rPr>
          <w:rFonts w:ascii="Times New Roman" w:hAnsi="Times New Roman" w:cs="Times New Roman"/>
          <w:i/>
          <w:iCs/>
          <w:lang w:val="pl-PL"/>
        </w:rPr>
        <w:t>Program wychowania przedszkolnego, Grupa MAC S.A. 2020</w:t>
      </w:r>
      <w:r w:rsidRPr="00B6774C">
        <w:rPr>
          <w:rFonts w:ascii="Times New Roman" w:hAnsi="Times New Roman" w:cs="Times New Roman"/>
          <w:i/>
          <w:iCs/>
          <w:lang w:val="pl-PL"/>
        </w:rPr>
        <w:br/>
        <w:t>(s. 41–45, 46–48, 50, 52–54, 56, 57, 59–60, 61–62, 65, 66–67, 68, 71–72, 78).</w:t>
      </w:r>
    </w:p>
    <w:p w14:paraId="48A2BA63" w14:textId="77777777" w:rsidR="00B6774C" w:rsidRPr="004B65B4" w:rsidRDefault="00B6774C" w:rsidP="004B65B4">
      <w:pPr>
        <w:spacing w:line="360" w:lineRule="auto"/>
        <w:rPr>
          <w:rFonts w:ascii="Times New Roman" w:hAnsi="Times New Roman" w:cs="Times New Roman"/>
          <w:b/>
          <w:bCs/>
          <w:lang w:val="pl-PL"/>
        </w:rPr>
      </w:pPr>
    </w:p>
    <w:p w14:paraId="0E9BAED3" w14:textId="77777777" w:rsidR="004B65B4" w:rsidRPr="004B65B4" w:rsidRDefault="004B65B4" w:rsidP="004B65B4">
      <w:pPr>
        <w:spacing w:line="360" w:lineRule="auto"/>
        <w:rPr>
          <w:rFonts w:ascii="Times New Roman" w:hAnsi="Times New Roman" w:cs="Times New Roman"/>
          <w:b/>
          <w:bCs/>
          <w:lang w:val="pl-PL"/>
        </w:rPr>
      </w:pPr>
      <w:r w:rsidRPr="004B65B4">
        <w:rPr>
          <w:rFonts w:ascii="Times New Roman" w:hAnsi="Times New Roman" w:cs="Times New Roman"/>
          <w:b/>
          <w:bCs/>
          <w:lang w:val="pl-PL"/>
        </w:rPr>
        <w:t>TYDZIEŃ II</w:t>
      </w:r>
    </w:p>
    <w:p w14:paraId="5D56211B" w14:textId="6578E7AA" w:rsidR="00B6774C" w:rsidRPr="00B6774C" w:rsidRDefault="004B65B4" w:rsidP="004B65B4">
      <w:pPr>
        <w:spacing w:line="360" w:lineRule="auto"/>
        <w:rPr>
          <w:rFonts w:ascii="Times New Roman" w:hAnsi="Times New Roman" w:cs="Times New Roman"/>
          <w:b/>
          <w:bCs/>
          <w:lang w:val="pl-PL"/>
        </w:rPr>
      </w:pPr>
      <w:r w:rsidRPr="004B65B4">
        <w:rPr>
          <w:rFonts w:ascii="Times New Roman" w:hAnsi="Times New Roman" w:cs="Times New Roman"/>
          <w:b/>
          <w:bCs/>
          <w:lang w:val="pl-PL"/>
        </w:rPr>
        <w:t>T</w:t>
      </w:r>
      <w:r w:rsidR="00B6774C" w:rsidRPr="00B6774C">
        <w:rPr>
          <w:rFonts w:ascii="Times New Roman" w:hAnsi="Times New Roman" w:cs="Times New Roman"/>
          <w:b/>
          <w:bCs/>
          <w:lang w:val="pl-PL"/>
        </w:rPr>
        <w:t xml:space="preserve">emat tygodnia: </w:t>
      </w:r>
      <w:r w:rsidR="00B6774C" w:rsidRPr="00B6774C">
        <w:rPr>
          <w:rFonts w:ascii="Times New Roman" w:hAnsi="Times New Roman" w:cs="Times New Roman"/>
          <w:lang w:val="pl-PL"/>
        </w:rPr>
        <w:t>Kody zimy</w:t>
      </w:r>
    </w:p>
    <w:p w14:paraId="4C40E725" w14:textId="77777777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b/>
          <w:bCs/>
          <w:lang w:val="pl-PL"/>
        </w:rPr>
      </w:pPr>
      <w:r w:rsidRPr="00B6774C">
        <w:rPr>
          <w:rFonts w:ascii="Times New Roman" w:hAnsi="Times New Roman" w:cs="Times New Roman"/>
          <w:b/>
          <w:bCs/>
          <w:lang w:val="pl-PL"/>
        </w:rPr>
        <w:t>Treści programowe</w:t>
      </w:r>
    </w:p>
    <w:p w14:paraId="70F04437" w14:textId="77777777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b/>
          <w:bCs/>
          <w:lang w:val="pl-PL"/>
        </w:rPr>
      </w:pPr>
      <w:r w:rsidRPr="00B6774C">
        <w:rPr>
          <w:rFonts w:ascii="Times New Roman" w:hAnsi="Times New Roman" w:cs="Times New Roman"/>
          <w:b/>
          <w:bCs/>
          <w:lang w:val="pl-PL"/>
        </w:rPr>
        <w:t>Fizyczny obszar rozwoju dziecka</w:t>
      </w:r>
    </w:p>
    <w:p w14:paraId="4C75E0A6" w14:textId="77777777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lang w:val="pl-PL"/>
        </w:rPr>
      </w:pPr>
      <w:r w:rsidRPr="00B6774C">
        <w:rPr>
          <w:rFonts w:ascii="Times New Roman" w:hAnsi="Times New Roman" w:cs="Times New Roman"/>
          <w:i/>
          <w:iCs/>
          <w:lang w:val="pl-PL"/>
        </w:rPr>
        <w:t>Społeczna aktywność dziecka:</w:t>
      </w:r>
      <w:r w:rsidRPr="00B6774C">
        <w:rPr>
          <w:rFonts w:ascii="Times New Roman" w:hAnsi="Times New Roman" w:cs="Times New Roman"/>
          <w:lang w:val="pl-PL"/>
        </w:rPr>
        <w:br/>
        <w:t>• poznawanie otoczenia za pomocą zmysłów (wzroku, słuchu, dotyku),</w:t>
      </w:r>
      <w:r w:rsidRPr="00B6774C">
        <w:rPr>
          <w:rFonts w:ascii="Times New Roman" w:hAnsi="Times New Roman" w:cs="Times New Roman"/>
          <w:lang w:val="pl-PL"/>
        </w:rPr>
        <w:br/>
        <w:t>• wykonywanie czynności samoobsługowych,</w:t>
      </w:r>
      <w:r w:rsidRPr="00B6774C">
        <w:rPr>
          <w:rFonts w:ascii="Times New Roman" w:hAnsi="Times New Roman" w:cs="Times New Roman"/>
          <w:lang w:val="pl-PL"/>
        </w:rPr>
        <w:br/>
        <w:t>• dbanie o porządek w sali i miejscu zabawy,</w:t>
      </w:r>
      <w:r w:rsidRPr="00B6774C">
        <w:rPr>
          <w:rFonts w:ascii="Times New Roman" w:hAnsi="Times New Roman" w:cs="Times New Roman"/>
          <w:lang w:val="pl-PL"/>
        </w:rPr>
        <w:br/>
        <w:t>• kształtowanie samodzielności i dbałości o swoje rzeczy.</w:t>
      </w:r>
    </w:p>
    <w:p w14:paraId="61382515" w14:textId="77777777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lang w:val="pl-PL"/>
        </w:rPr>
      </w:pPr>
      <w:r w:rsidRPr="00B6774C">
        <w:rPr>
          <w:rFonts w:ascii="Times New Roman" w:hAnsi="Times New Roman" w:cs="Times New Roman"/>
          <w:i/>
          <w:iCs/>
          <w:lang w:val="pl-PL"/>
        </w:rPr>
        <w:t>Językowa aktywność dziecka:</w:t>
      </w:r>
      <w:r w:rsidRPr="00B6774C">
        <w:rPr>
          <w:rFonts w:ascii="Times New Roman" w:hAnsi="Times New Roman" w:cs="Times New Roman"/>
          <w:lang w:val="pl-PL"/>
        </w:rPr>
        <w:br/>
        <w:t>• rozwijanie sprawności całego ciała w zabawach ruchowych,</w:t>
      </w:r>
      <w:r w:rsidRPr="00B6774C">
        <w:rPr>
          <w:rFonts w:ascii="Times New Roman" w:hAnsi="Times New Roman" w:cs="Times New Roman"/>
          <w:lang w:val="pl-PL"/>
        </w:rPr>
        <w:br/>
        <w:t>• doskonalenie koordynacji ruchowej i wzrokowo-ruchowej,</w:t>
      </w:r>
      <w:r w:rsidRPr="00B6774C">
        <w:rPr>
          <w:rFonts w:ascii="Times New Roman" w:hAnsi="Times New Roman" w:cs="Times New Roman"/>
          <w:lang w:val="pl-PL"/>
        </w:rPr>
        <w:br/>
        <w:t>• rozwijanie sprawności manualnej (lepienie, wycinanie, zgniatanie),</w:t>
      </w:r>
      <w:r w:rsidRPr="00B6774C">
        <w:rPr>
          <w:rFonts w:ascii="Times New Roman" w:hAnsi="Times New Roman" w:cs="Times New Roman"/>
          <w:lang w:val="pl-PL"/>
        </w:rPr>
        <w:br/>
        <w:t>• nazywanie części ciała i orientowanie się w schemacie ciała.</w:t>
      </w:r>
    </w:p>
    <w:p w14:paraId="41F37C3B" w14:textId="77777777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lang w:val="pl-PL"/>
        </w:rPr>
      </w:pPr>
      <w:r w:rsidRPr="00B6774C">
        <w:rPr>
          <w:rFonts w:ascii="Times New Roman" w:hAnsi="Times New Roman" w:cs="Times New Roman"/>
          <w:i/>
          <w:iCs/>
          <w:lang w:val="pl-PL"/>
        </w:rPr>
        <w:t>Artystyczna aktywność dziecka:</w:t>
      </w:r>
      <w:r w:rsidRPr="00B6774C">
        <w:rPr>
          <w:rFonts w:ascii="Times New Roman" w:hAnsi="Times New Roman" w:cs="Times New Roman"/>
          <w:lang w:val="pl-PL"/>
        </w:rPr>
        <w:br/>
        <w:t>• uczestniczenie w zabawach rytmicznych i ruchowych,</w:t>
      </w:r>
      <w:r w:rsidRPr="00B6774C">
        <w:rPr>
          <w:rFonts w:ascii="Times New Roman" w:hAnsi="Times New Roman" w:cs="Times New Roman"/>
          <w:lang w:val="pl-PL"/>
        </w:rPr>
        <w:br/>
        <w:t>• reagowanie ruchem na zmiany tempa i dynamiki muzyki,</w:t>
      </w:r>
      <w:r w:rsidRPr="00B6774C">
        <w:rPr>
          <w:rFonts w:ascii="Times New Roman" w:hAnsi="Times New Roman" w:cs="Times New Roman"/>
          <w:lang w:val="pl-PL"/>
        </w:rPr>
        <w:br/>
        <w:t>• zabawy konstrukcyjne i techniczne,</w:t>
      </w:r>
      <w:r w:rsidRPr="00B6774C">
        <w:rPr>
          <w:rFonts w:ascii="Times New Roman" w:hAnsi="Times New Roman" w:cs="Times New Roman"/>
          <w:lang w:val="pl-PL"/>
        </w:rPr>
        <w:br/>
        <w:t>• budowanie z materiałów naturalnych (np. śnieg),</w:t>
      </w:r>
      <w:r w:rsidRPr="00B6774C">
        <w:rPr>
          <w:rFonts w:ascii="Times New Roman" w:hAnsi="Times New Roman" w:cs="Times New Roman"/>
          <w:lang w:val="pl-PL"/>
        </w:rPr>
        <w:br/>
        <w:t>• działania angażujące różne zmysły.</w:t>
      </w:r>
    </w:p>
    <w:p w14:paraId="3AB763ED" w14:textId="2645B664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lang w:val="pl-PL"/>
        </w:rPr>
      </w:pPr>
      <w:r w:rsidRPr="00B6774C">
        <w:rPr>
          <w:rFonts w:ascii="Times New Roman" w:hAnsi="Times New Roman" w:cs="Times New Roman"/>
          <w:i/>
          <w:iCs/>
          <w:lang w:val="pl-PL"/>
        </w:rPr>
        <w:lastRenderedPageBreak/>
        <w:t>Ruchowa i zdrowotna aktywność dziecka:</w:t>
      </w:r>
      <w:r w:rsidRPr="00B6774C">
        <w:rPr>
          <w:rFonts w:ascii="Times New Roman" w:hAnsi="Times New Roman" w:cs="Times New Roman"/>
          <w:lang w:val="pl-PL"/>
        </w:rPr>
        <w:br/>
        <w:t>• udział w zabawach ruchowych i ćwiczeniach gimnastycznych,</w:t>
      </w:r>
      <w:r w:rsidRPr="00B6774C">
        <w:rPr>
          <w:rFonts w:ascii="Times New Roman" w:hAnsi="Times New Roman" w:cs="Times New Roman"/>
          <w:lang w:val="pl-PL"/>
        </w:rPr>
        <w:br/>
        <w:t>• przebywanie na świeżym powietrzu – spacery i zabawy zimowe,</w:t>
      </w:r>
      <w:r w:rsidRPr="00B6774C">
        <w:rPr>
          <w:rFonts w:ascii="Times New Roman" w:hAnsi="Times New Roman" w:cs="Times New Roman"/>
          <w:lang w:val="pl-PL"/>
        </w:rPr>
        <w:br/>
        <w:t>• ubieranie się odpowiednio do warunków atmosferycznych,</w:t>
      </w:r>
      <w:r w:rsidRPr="00B6774C">
        <w:rPr>
          <w:rFonts w:ascii="Times New Roman" w:hAnsi="Times New Roman" w:cs="Times New Roman"/>
          <w:lang w:val="pl-PL"/>
        </w:rPr>
        <w:br/>
        <w:t>• kształtowanie nawyków higienicznych i zdrowotnych,</w:t>
      </w:r>
      <w:r w:rsidRPr="00B6774C">
        <w:rPr>
          <w:rFonts w:ascii="Times New Roman" w:hAnsi="Times New Roman" w:cs="Times New Roman"/>
          <w:lang w:val="pl-PL"/>
        </w:rPr>
        <w:br/>
        <w:t>• dbanie o bezpieczeństwo podczas zabaw,</w:t>
      </w:r>
      <w:r w:rsidRPr="00B6774C">
        <w:rPr>
          <w:rFonts w:ascii="Times New Roman" w:hAnsi="Times New Roman" w:cs="Times New Roman"/>
          <w:lang w:val="pl-PL"/>
        </w:rPr>
        <w:br/>
        <w:t>• przeplatanie aktywności ruchowej z odpoczynkiem.</w:t>
      </w:r>
    </w:p>
    <w:p w14:paraId="28815DC8" w14:textId="77777777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b/>
          <w:bCs/>
          <w:lang w:val="pl-PL"/>
        </w:rPr>
      </w:pPr>
      <w:r w:rsidRPr="00B6774C">
        <w:rPr>
          <w:rFonts w:ascii="Times New Roman" w:hAnsi="Times New Roman" w:cs="Times New Roman"/>
          <w:b/>
          <w:bCs/>
          <w:lang w:val="pl-PL"/>
        </w:rPr>
        <w:t>Emocjonalny obszar rozwoju dziecka</w:t>
      </w:r>
    </w:p>
    <w:p w14:paraId="029A3C6A" w14:textId="5B72E6E7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lang w:val="pl-PL"/>
        </w:rPr>
      </w:pPr>
      <w:r w:rsidRPr="00B6774C">
        <w:rPr>
          <w:rFonts w:ascii="Times New Roman" w:hAnsi="Times New Roman" w:cs="Times New Roman"/>
          <w:i/>
          <w:iCs/>
          <w:lang w:val="pl-PL"/>
        </w:rPr>
        <w:t>Społeczna aktywność dziecka:</w:t>
      </w:r>
      <w:r w:rsidRPr="00B6774C">
        <w:rPr>
          <w:rFonts w:ascii="Times New Roman" w:hAnsi="Times New Roman" w:cs="Times New Roman"/>
          <w:lang w:val="pl-PL"/>
        </w:rPr>
        <w:br/>
        <w:t>• wyrażanie i nazywanie emocji,</w:t>
      </w:r>
      <w:r w:rsidRPr="00B6774C">
        <w:rPr>
          <w:rFonts w:ascii="Times New Roman" w:hAnsi="Times New Roman" w:cs="Times New Roman"/>
          <w:lang w:val="pl-PL"/>
        </w:rPr>
        <w:br/>
        <w:t>• uczestniczenie we wspólnych zabawach,</w:t>
      </w:r>
      <w:r w:rsidRPr="00B6774C">
        <w:rPr>
          <w:rFonts w:ascii="Times New Roman" w:hAnsi="Times New Roman" w:cs="Times New Roman"/>
          <w:lang w:val="pl-PL"/>
        </w:rPr>
        <w:br/>
        <w:t>• radzenie sobie z emocjami w zabawie i rozmowie,</w:t>
      </w:r>
      <w:r w:rsidRPr="00B6774C">
        <w:rPr>
          <w:rFonts w:ascii="Times New Roman" w:hAnsi="Times New Roman" w:cs="Times New Roman"/>
          <w:lang w:val="pl-PL"/>
        </w:rPr>
        <w:br/>
        <w:t>• dostrzeganie potrzeb innych, w tym zwierząt zimą.</w:t>
      </w:r>
    </w:p>
    <w:p w14:paraId="720C5C36" w14:textId="77777777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b/>
          <w:bCs/>
          <w:lang w:val="pl-PL"/>
        </w:rPr>
      </w:pPr>
      <w:r w:rsidRPr="00B6774C">
        <w:rPr>
          <w:rFonts w:ascii="Times New Roman" w:hAnsi="Times New Roman" w:cs="Times New Roman"/>
          <w:b/>
          <w:bCs/>
          <w:lang w:val="pl-PL"/>
        </w:rPr>
        <w:t>Społeczny obszar rozwoju dziecka</w:t>
      </w:r>
    </w:p>
    <w:p w14:paraId="61BAC527" w14:textId="62111E2F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lang w:val="pl-PL"/>
        </w:rPr>
      </w:pPr>
      <w:r w:rsidRPr="00B6774C">
        <w:rPr>
          <w:rFonts w:ascii="Times New Roman" w:hAnsi="Times New Roman" w:cs="Times New Roman"/>
          <w:i/>
          <w:iCs/>
          <w:lang w:val="pl-PL"/>
        </w:rPr>
        <w:t>Społeczna aktywność dziecka:</w:t>
      </w:r>
      <w:r w:rsidRPr="00B6774C">
        <w:rPr>
          <w:rFonts w:ascii="Times New Roman" w:hAnsi="Times New Roman" w:cs="Times New Roman"/>
          <w:lang w:val="pl-PL"/>
        </w:rPr>
        <w:br/>
        <w:t>• poznawanie rówieśników i zasad obowiązujących w grupie,</w:t>
      </w:r>
      <w:r w:rsidRPr="00B6774C">
        <w:rPr>
          <w:rFonts w:ascii="Times New Roman" w:hAnsi="Times New Roman" w:cs="Times New Roman"/>
          <w:lang w:val="pl-PL"/>
        </w:rPr>
        <w:br/>
        <w:t>• współdziałanie w zabawach zespołowych,</w:t>
      </w:r>
      <w:r w:rsidRPr="00B6774C">
        <w:rPr>
          <w:rFonts w:ascii="Times New Roman" w:hAnsi="Times New Roman" w:cs="Times New Roman"/>
          <w:lang w:val="pl-PL"/>
        </w:rPr>
        <w:br/>
        <w:t>• przestrzeganie ustalonych zasad i umów,</w:t>
      </w:r>
      <w:r w:rsidRPr="00B6774C">
        <w:rPr>
          <w:rFonts w:ascii="Times New Roman" w:hAnsi="Times New Roman" w:cs="Times New Roman"/>
          <w:lang w:val="pl-PL"/>
        </w:rPr>
        <w:br/>
        <w:t>• prezentowanie swoich prac i wypowiedzi,</w:t>
      </w:r>
      <w:r w:rsidRPr="00B6774C">
        <w:rPr>
          <w:rFonts w:ascii="Times New Roman" w:hAnsi="Times New Roman" w:cs="Times New Roman"/>
          <w:lang w:val="pl-PL"/>
        </w:rPr>
        <w:br/>
        <w:t>• uczenie się empatii i wzajemnej pomocy.</w:t>
      </w:r>
    </w:p>
    <w:p w14:paraId="552A5E34" w14:textId="77777777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b/>
          <w:bCs/>
          <w:lang w:val="pl-PL"/>
        </w:rPr>
      </w:pPr>
      <w:r w:rsidRPr="00B6774C">
        <w:rPr>
          <w:rFonts w:ascii="Times New Roman" w:hAnsi="Times New Roman" w:cs="Times New Roman"/>
          <w:b/>
          <w:bCs/>
          <w:lang w:val="pl-PL"/>
        </w:rPr>
        <w:t>Poznawczy obszar rozwoju dziecka</w:t>
      </w:r>
    </w:p>
    <w:p w14:paraId="556CE674" w14:textId="77777777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lang w:val="pl-PL"/>
        </w:rPr>
      </w:pPr>
      <w:r w:rsidRPr="00B6774C">
        <w:rPr>
          <w:rFonts w:ascii="Times New Roman" w:hAnsi="Times New Roman" w:cs="Times New Roman"/>
          <w:i/>
          <w:iCs/>
          <w:lang w:val="pl-PL"/>
        </w:rPr>
        <w:t>Społeczna aktywność dziecka:</w:t>
      </w:r>
      <w:r w:rsidRPr="00B6774C">
        <w:rPr>
          <w:rFonts w:ascii="Times New Roman" w:hAnsi="Times New Roman" w:cs="Times New Roman"/>
          <w:lang w:val="pl-PL"/>
        </w:rPr>
        <w:br/>
        <w:t>• opowiadanie o swoich zainteresowaniach i doświadczeniach,</w:t>
      </w:r>
      <w:r w:rsidRPr="00B6774C">
        <w:rPr>
          <w:rFonts w:ascii="Times New Roman" w:hAnsi="Times New Roman" w:cs="Times New Roman"/>
          <w:lang w:val="pl-PL"/>
        </w:rPr>
        <w:br/>
        <w:t>• podejmowanie prób samodzielnego działania i rozwiązywania problemów,</w:t>
      </w:r>
      <w:r w:rsidRPr="00B6774C">
        <w:rPr>
          <w:rFonts w:ascii="Times New Roman" w:hAnsi="Times New Roman" w:cs="Times New Roman"/>
          <w:lang w:val="pl-PL"/>
        </w:rPr>
        <w:br/>
        <w:t>• oglądanie ilustracji i słuchanie opowiadań o zimie.</w:t>
      </w:r>
    </w:p>
    <w:p w14:paraId="439D5260" w14:textId="77777777" w:rsidR="00B6774C" w:rsidRPr="004B65B4" w:rsidRDefault="00B6774C" w:rsidP="004B65B4">
      <w:pPr>
        <w:spacing w:line="360" w:lineRule="auto"/>
        <w:rPr>
          <w:rFonts w:ascii="Times New Roman" w:hAnsi="Times New Roman" w:cs="Times New Roman"/>
          <w:lang w:val="pl-PL"/>
        </w:rPr>
      </w:pPr>
      <w:r w:rsidRPr="00B6774C">
        <w:rPr>
          <w:rFonts w:ascii="Times New Roman" w:hAnsi="Times New Roman" w:cs="Times New Roman"/>
          <w:i/>
          <w:iCs/>
          <w:lang w:val="pl-PL"/>
        </w:rPr>
        <w:t>Językowa aktywność dziecka:</w:t>
      </w:r>
      <w:r w:rsidRPr="00B6774C">
        <w:rPr>
          <w:rFonts w:ascii="Times New Roman" w:hAnsi="Times New Roman" w:cs="Times New Roman"/>
          <w:lang w:val="pl-PL"/>
        </w:rPr>
        <w:br/>
        <w:t>• wypowiadanie się prostymi zdaniami,</w:t>
      </w:r>
      <w:r w:rsidRPr="00B6774C">
        <w:rPr>
          <w:rFonts w:ascii="Times New Roman" w:hAnsi="Times New Roman" w:cs="Times New Roman"/>
          <w:lang w:val="pl-PL"/>
        </w:rPr>
        <w:br/>
        <w:t>• aktywne uczestniczenie w rozmowach,</w:t>
      </w:r>
      <w:r w:rsidRPr="00B6774C">
        <w:rPr>
          <w:rFonts w:ascii="Times New Roman" w:hAnsi="Times New Roman" w:cs="Times New Roman"/>
          <w:lang w:val="pl-PL"/>
        </w:rPr>
        <w:br/>
        <w:t>• słuchanie wierszy i opowiadań oraz odpowiadanie na pytania,</w:t>
      </w:r>
      <w:r w:rsidRPr="00B6774C">
        <w:rPr>
          <w:rFonts w:ascii="Times New Roman" w:hAnsi="Times New Roman" w:cs="Times New Roman"/>
          <w:lang w:val="pl-PL"/>
        </w:rPr>
        <w:br/>
        <w:t>• udział w zabawach słownych i rytmicznych.</w:t>
      </w:r>
    </w:p>
    <w:p w14:paraId="0435D43F" w14:textId="17160A7E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lang w:val="pl-PL"/>
        </w:rPr>
      </w:pPr>
      <w:r w:rsidRPr="00B6774C">
        <w:rPr>
          <w:rFonts w:ascii="Times New Roman" w:hAnsi="Times New Roman" w:cs="Times New Roman"/>
          <w:i/>
          <w:iCs/>
          <w:lang w:val="pl-PL"/>
        </w:rPr>
        <w:lastRenderedPageBreak/>
        <w:t>Artystyczna aktywność dziecka:</w:t>
      </w:r>
      <w:r w:rsidRPr="00B6774C">
        <w:rPr>
          <w:rFonts w:ascii="Times New Roman" w:hAnsi="Times New Roman" w:cs="Times New Roman"/>
          <w:lang w:val="pl-PL"/>
        </w:rPr>
        <w:br/>
        <w:t>• śpiewanie piosenek o tematyce zimowej,</w:t>
      </w:r>
      <w:r w:rsidRPr="00B6774C">
        <w:rPr>
          <w:rFonts w:ascii="Times New Roman" w:hAnsi="Times New Roman" w:cs="Times New Roman"/>
          <w:lang w:val="pl-PL"/>
        </w:rPr>
        <w:br/>
        <w:t>• zabawy muzyczno-ruchowe,</w:t>
      </w:r>
      <w:r w:rsidRPr="00B6774C">
        <w:rPr>
          <w:rFonts w:ascii="Times New Roman" w:hAnsi="Times New Roman" w:cs="Times New Roman"/>
          <w:lang w:val="pl-PL"/>
        </w:rPr>
        <w:br/>
        <w:t>• ekspresja plastyczna inspirowana zimą,</w:t>
      </w:r>
      <w:r w:rsidRPr="00B6774C">
        <w:rPr>
          <w:rFonts w:ascii="Times New Roman" w:hAnsi="Times New Roman" w:cs="Times New Roman"/>
          <w:lang w:val="pl-PL"/>
        </w:rPr>
        <w:br/>
        <w:t>• tworzenie galerii prac dzieci.</w:t>
      </w:r>
    </w:p>
    <w:p w14:paraId="750E54E4" w14:textId="45BFCAFD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lang w:val="pl-PL"/>
        </w:rPr>
      </w:pPr>
      <w:r w:rsidRPr="00B6774C">
        <w:rPr>
          <w:rFonts w:ascii="Times New Roman" w:hAnsi="Times New Roman" w:cs="Times New Roman"/>
          <w:i/>
          <w:iCs/>
          <w:lang w:val="pl-PL"/>
        </w:rPr>
        <w:t>Aktywność poznawcza:</w:t>
      </w:r>
      <w:r w:rsidRPr="00B6774C">
        <w:rPr>
          <w:rFonts w:ascii="Times New Roman" w:hAnsi="Times New Roman" w:cs="Times New Roman"/>
          <w:lang w:val="pl-PL"/>
        </w:rPr>
        <w:br/>
        <w:t>• obserwowanie zmian zachodzących w przyrodzie zimą,</w:t>
      </w:r>
      <w:r w:rsidRPr="00B6774C">
        <w:rPr>
          <w:rFonts w:ascii="Times New Roman" w:hAnsi="Times New Roman" w:cs="Times New Roman"/>
          <w:lang w:val="pl-PL"/>
        </w:rPr>
        <w:br/>
        <w:t>• poznawanie zjawisk atmosferycznych charakterystycznych dla zimy,</w:t>
      </w:r>
      <w:r w:rsidRPr="00B6774C">
        <w:rPr>
          <w:rFonts w:ascii="Times New Roman" w:hAnsi="Times New Roman" w:cs="Times New Roman"/>
          <w:lang w:val="pl-PL"/>
        </w:rPr>
        <w:br/>
        <w:t>• uczestniczenie w prostych zabawach badawczych i doświadczeniach,</w:t>
      </w:r>
      <w:r w:rsidRPr="00B6774C">
        <w:rPr>
          <w:rFonts w:ascii="Times New Roman" w:hAnsi="Times New Roman" w:cs="Times New Roman"/>
          <w:lang w:val="pl-PL"/>
        </w:rPr>
        <w:br/>
        <w:t>• liczenie i porządkowanie przedmiotów,</w:t>
      </w:r>
      <w:r w:rsidRPr="00B6774C">
        <w:rPr>
          <w:rFonts w:ascii="Times New Roman" w:hAnsi="Times New Roman" w:cs="Times New Roman"/>
          <w:lang w:val="pl-PL"/>
        </w:rPr>
        <w:br/>
        <w:t>• rozwijanie myślenia, wyobraźni i koncentracji uwagi w zabawach tematycznych.</w:t>
      </w:r>
    </w:p>
    <w:p w14:paraId="41DBAB82" w14:textId="77777777" w:rsidR="00B6774C" w:rsidRPr="004B65B4" w:rsidRDefault="00B6774C" w:rsidP="004B65B4">
      <w:pPr>
        <w:spacing w:line="360" w:lineRule="auto"/>
        <w:rPr>
          <w:rFonts w:ascii="Times New Roman" w:hAnsi="Times New Roman" w:cs="Times New Roman"/>
          <w:i/>
          <w:iCs/>
          <w:lang w:val="pl-PL"/>
        </w:rPr>
      </w:pPr>
      <w:r w:rsidRPr="00B6774C">
        <w:rPr>
          <w:rFonts w:ascii="Times New Roman" w:hAnsi="Times New Roman" w:cs="Times New Roman"/>
          <w:i/>
          <w:iCs/>
          <w:lang w:val="pl-PL"/>
        </w:rPr>
        <w:t>Program wychowania przedszkolnego, Grupa MAC S.A. 2020</w:t>
      </w:r>
      <w:r w:rsidRPr="00B6774C">
        <w:rPr>
          <w:rFonts w:ascii="Times New Roman" w:hAnsi="Times New Roman" w:cs="Times New Roman"/>
          <w:i/>
          <w:iCs/>
          <w:lang w:val="pl-PL"/>
        </w:rPr>
        <w:br/>
        <w:t>(s. 41–45, 46–48, 50, 52–54, 56, 57, 59–60, 61–62, 65, 66–67, 68, 71–72, 78).</w:t>
      </w:r>
    </w:p>
    <w:p w14:paraId="6F0E53BD" w14:textId="77777777" w:rsidR="00B6774C" w:rsidRPr="004B65B4" w:rsidRDefault="00B6774C" w:rsidP="004B65B4">
      <w:pPr>
        <w:spacing w:line="360" w:lineRule="auto"/>
        <w:rPr>
          <w:rFonts w:ascii="Times New Roman" w:hAnsi="Times New Roman" w:cs="Times New Roman"/>
          <w:b/>
          <w:bCs/>
          <w:lang w:val="pl-PL"/>
        </w:rPr>
      </w:pPr>
    </w:p>
    <w:p w14:paraId="2CD6C02C" w14:textId="1D3E321D" w:rsidR="004B65B4" w:rsidRPr="004B65B4" w:rsidRDefault="004B65B4" w:rsidP="004B65B4">
      <w:pPr>
        <w:spacing w:line="360" w:lineRule="auto"/>
        <w:rPr>
          <w:rFonts w:ascii="Times New Roman" w:hAnsi="Times New Roman" w:cs="Times New Roman"/>
          <w:b/>
          <w:bCs/>
          <w:lang w:val="pl-PL"/>
        </w:rPr>
      </w:pPr>
      <w:r w:rsidRPr="004B65B4">
        <w:rPr>
          <w:rFonts w:ascii="Times New Roman" w:hAnsi="Times New Roman" w:cs="Times New Roman"/>
          <w:b/>
          <w:bCs/>
          <w:lang w:val="pl-PL"/>
        </w:rPr>
        <w:t>TYDZIEŃ III</w:t>
      </w:r>
    </w:p>
    <w:p w14:paraId="40CF41AD" w14:textId="6847FD8C" w:rsidR="00B6774C" w:rsidRPr="00B6774C" w:rsidRDefault="004B65B4" w:rsidP="004B65B4">
      <w:pPr>
        <w:spacing w:line="360" w:lineRule="auto"/>
        <w:rPr>
          <w:rFonts w:ascii="Times New Roman" w:hAnsi="Times New Roman" w:cs="Times New Roman"/>
          <w:lang w:val="pl-PL"/>
        </w:rPr>
      </w:pPr>
      <w:r w:rsidRPr="004B65B4">
        <w:rPr>
          <w:rFonts w:ascii="Times New Roman" w:hAnsi="Times New Roman" w:cs="Times New Roman"/>
          <w:b/>
          <w:bCs/>
          <w:lang w:val="pl-PL"/>
        </w:rPr>
        <w:t>T</w:t>
      </w:r>
      <w:r w:rsidR="00B6774C" w:rsidRPr="00B6774C">
        <w:rPr>
          <w:rFonts w:ascii="Times New Roman" w:hAnsi="Times New Roman" w:cs="Times New Roman"/>
          <w:b/>
          <w:bCs/>
          <w:lang w:val="pl-PL"/>
        </w:rPr>
        <w:t xml:space="preserve">emat tygodnia: </w:t>
      </w:r>
      <w:r w:rsidR="00B6774C" w:rsidRPr="00B6774C">
        <w:rPr>
          <w:rFonts w:ascii="Times New Roman" w:hAnsi="Times New Roman" w:cs="Times New Roman"/>
          <w:lang w:val="pl-PL"/>
        </w:rPr>
        <w:t>Rozważania o czasie</w:t>
      </w:r>
    </w:p>
    <w:p w14:paraId="6A176E66" w14:textId="77777777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b/>
          <w:bCs/>
          <w:lang w:val="pl-PL"/>
        </w:rPr>
      </w:pPr>
      <w:r w:rsidRPr="00B6774C">
        <w:rPr>
          <w:rFonts w:ascii="Times New Roman" w:hAnsi="Times New Roman" w:cs="Times New Roman"/>
          <w:b/>
          <w:bCs/>
          <w:lang w:val="pl-PL"/>
        </w:rPr>
        <w:t>Treści programowe</w:t>
      </w:r>
    </w:p>
    <w:p w14:paraId="1FF3361E" w14:textId="77777777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b/>
          <w:bCs/>
          <w:lang w:val="pl-PL"/>
        </w:rPr>
      </w:pPr>
      <w:r w:rsidRPr="00B6774C">
        <w:rPr>
          <w:rFonts w:ascii="Times New Roman" w:hAnsi="Times New Roman" w:cs="Times New Roman"/>
          <w:b/>
          <w:bCs/>
          <w:lang w:val="pl-PL"/>
        </w:rPr>
        <w:t>Fizyczny obszar rozwoju dziecka</w:t>
      </w:r>
    </w:p>
    <w:p w14:paraId="506FE86D" w14:textId="77777777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lang w:val="pl-PL"/>
        </w:rPr>
      </w:pPr>
      <w:r w:rsidRPr="00B6774C">
        <w:rPr>
          <w:rFonts w:ascii="Times New Roman" w:hAnsi="Times New Roman" w:cs="Times New Roman"/>
          <w:lang w:val="pl-PL"/>
        </w:rPr>
        <w:t>Społeczna aktywność dziecka:</w:t>
      </w:r>
      <w:r w:rsidRPr="00B6774C">
        <w:rPr>
          <w:rFonts w:ascii="Times New Roman" w:hAnsi="Times New Roman" w:cs="Times New Roman"/>
          <w:lang w:val="pl-PL"/>
        </w:rPr>
        <w:br/>
        <w:t>• poznawanie świata za pomocą zmysłów,</w:t>
      </w:r>
      <w:r w:rsidRPr="00B6774C">
        <w:rPr>
          <w:rFonts w:ascii="Times New Roman" w:hAnsi="Times New Roman" w:cs="Times New Roman"/>
          <w:lang w:val="pl-PL"/>
        </w:rPr>
        <w:br/>
        <w:t>• wykonywanie czynności samoobsługowych,</w:t>
      </w:r>
      <w:r w:rsidRPr="00B6774C">
        <w:rPr>
          <w:rFonts w:ascii="Times New Roman" w:hAnsi="Times New Roman" w:cs="Times New Roman"/>
          <w:lang w:val="pl-PL"/>
        </w:rPr>
        <w:br/>
        <w:t>• dbanie o porządek w sali i miejscu zabawy,</w:t>
      </w:r>
      <w:r w:rsidRPr="00B6774C">
        <w:rPr>
          <w:rFonts w:ascii="Times New Roman" w:hAnsi="Times New Roman" w:cs="Times New Roman"/>
          <w:lang w:val="pl-PL"/>
        </w:rPr>
        <w:br/>
        <w:t>• kształtowanie samodzielności i odpowiedzialności za swoje rzeczy,</w:t>
      </w:r>
      <w:r w:rsidRPr="00B6774C">
        <w:rPr>
          <w:rFonts w:ascii="Times New Roman" w:hAnsi="Times New Roman" w:cs="Times New Roman"/>
          <w:lang w:val="pl-PL"/>
        </w:rPr>
        <w:br/>
        <w:t>• udział w przygotowywaniu dekoracji i kącika przyrody.</w:t>
      </w:r>
    </w:p>
    <w:p w14:paraId="70347B08" w14:textId="77777777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lang w:val="pl-PL"/>
        </w:rPr>
      </w:pPr>
      <w:r w:rsidRPr="00B6774C">
        <w:rPr>
          <w:rFonts w:ascii="Times New Roman" w:hAnsi="Times New Roman" w:cs="Times New Roman"/>
          <w:i/>
          <w:iCs/>
          <w:lang w:val="pl-PL"/>
        </w:rPr>
        <w:t>Językowa aktywność dziecka:</w:t>
      </w:r>
      <w:r w:rsidRPr="00B6774C">
        <w:rPr>
          <w:rFonts w:ascii="Times New Roman" w:hAnsi="Times New Roman" w:cs="Times New Roman"/>
          <w:lang w:val="pl-PL"/>
        </w:rPr>
        <w:br/>
        <w:t>• rozwijanie sprawności ruchowej całego ciała,</w:t>
      </w:r>
      <w:r w:rsidRPr="00B6774C">
        <w:rPr>
          <w:rFonts w:ascii="Times New Roman" w:hAnsi="Times New Roman" w:cs="Times New Roman"/>
          <w:lang w:val="pl-PL"/>
        </w:rPr>
        <w:br/>
        <w:t>• doskonalenie koordynacji ruchowej i wzrokowo-ruchowej,</w:t>
      </w:r>
      <w:r w:rsidRPr="00B6774C">
        <w:rPr>
          <w:rFonts w:ascii="Times New Roman" w:hAnsi="Times New Roman" w:cs="Times New Roman"/>
          <w:lang w:val="pl-PL"/>
        </w:rPr>
        <w:br/>
        <w:t>• rozwijanie sprawności manualnej w zabawach plastycznych,</w:t>
      </w:r>
      <w:r w:rsidRPr="00B6774C">
        <w:rPr>
          <w:rFonts w:ascii="Times New Roman" w:hAnsi="Times New Roman" w:cs="Times New Roman"/>
          <w:lang w:val="pl-PL"/>
        </w:rPr>
        <w:br/>
        <w:t>• odwzorowywanie prostych elementów graficznych.</w:t>
      </w:r>
    </w:p>
    <w:p w14:paraId="2860CF27" w14:textId="77777777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lang w:val="pl-PL"/>
        </w:rPr>
      </w:pPr>
      <w:r w:rsidRPr="00B6774C">
        <w:rPr>
          <w:rFonts w:ascii="Times New Roman" w:hAnsi="Times New Roman" w:cs="Times New Roman"/>
          <w:i/>
          <w:iCs/>
          <w:lang w:val="pl-PL"/>
        </w:rPr>
        <w:lastRenderedPageBreak/>
        <w:t>Artystyczna aktywność dziecka:</w:t>
      </w:r>
      <w:r w:rsidRPr="00B6774C">
        <w:rPr>
          <w:rFonts w:ascii="Times New Roman" w:hAnsi="Times New Roman" w:cs="Times New Roman"/>
          <w:lang w:val="pl-PL"/>
        </w:rPr>
        <w:br/>
        <w:t>• udział w zabawach rytmicznych i muzyczno-ruchowych,</w:t>
      </w:r>
      <w:r w:rsidRPr="00B6774C">
        <w:rPr>
          <w:rFonts w:ascii="Times New Roman" w:hAnsi="Times New Roman" w:cs="Times New Roman"/>
          <w:lang w:val="pl-PL"/>
        </w:rPr>
        <w:br/>
        <w:t>• reagowanie ruchem na tempo i dynamikę muzyki,</w:t>
      </w:r>
      <w:r w:rsidRPr="00B6774C">
        <w:rPr>
          <w:rFonts w:ascii="Times New Roman" w:hAnsi="Times New Roman" w:cs="Times New Roman"/>
          <w:lang w:val="pl-PL"/>
        </w:rPr>
        <w:br/>
        <w:t>• zabawy konstrukcyjne i techniczne,</w:t>
      </w:r>
      <w:r w:rsidRPr="00B6774C">
        <w:rPr>
          <w:rFonts w:ascii="Times New Roman" w:hAnsi="Times New Roman" w:cs="Times New Roman"/>
          <w:lang w:val="pl-PL"/>
        </w:rPr>
        <w:br/>
        <w:t>• budowanie z materiałów naturalnych,</w:t>
      </w:r>
      <w:r w:rsidRPr="00B6774C">
        <w:rPr>
          <w:rFonts w:ascii="Times New Roman" w:hAnsi="Times New Roman" w:cs="Times New Roman"/>
          <w:lang w:val="pl-PL"/>
        </w:rPr>
        <w:br/>
        <w:t>• działania angażujące różne zmysły.</w:t>
      </w:r>
    </w:p>
    <w:p w14:paraId="5427DA43" w14:textId="4CF44FB1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lang w:val="pl-PL"/>
        </w:rPr>
      </w:pPr>
      <w:r w:rsidRPr="00B6774C">
        <w:rPr>
          <w:rFonts w:ascii="Times New Roman" w:hAnsi="Times New Roman" w:cs="Times New Roman"/>
          <w:lang w:val="pl-PL"/>
        </w:rPr>
        <w:t>Ruchowa i zdrowotna aktywność dziecka:</w:t>
      </w:r>
      <w:r w:rsidRPr="00B6774C">
        <w:rPr>
          <w:rFonts w:ascii="Times New Roman" w:hAnsi="Times New Roman" w:cs="Times New Roman"/>
          <w:lang w:val="pl-PL"/>
        </w:rPr>
        <w:br/>
        <w:t>• uczestniczenie w zabawach ruchowych i ćwiczeniach gimnastycznych,</w:t>
      </w:r>
      <w:r w:rsidRPr="00B6774C">
        <w:rPr>
          <w:rFonts w:ascii="Times New Roman" w:hAnsi="Times New Roman" w:cs="Times New Roman"/>
          <w:lang w:val="pl-PL"/>
        </w:rPr>
        <w:br/>
        <w:t>• przebywanie na świeżym powietrzu,</w:t>
      </w:r>
      <w:r w:rsidRPr="00B6774C">
        <w:rPr>
          <w:rFonts w:ascii="Times New Roman" w:hAnsi="Times New Roman" w:cs="Times New Roman"/>
          <w:lang w:val="pl-PL"/>
        </w:rPr>
        <w:br/>
        <w:t>• dbanie o higienę osobistą i zdrowie,</w:t>
      </w:r>
      <w:r w:rsidRPr="00B6774C">
        <w:rPr>
          <w:rFonts w:ascii="Times New Roman" w:hAnsi="Times New Roman" w:cs="Times New Roman"/>
          <w:lang w:val="pl-PL"/>
        </w:rPr>
        <w:br/>
        <w:t>• kształtowanie bezpiecznych zachowań podczas zabaw,</w:t>
      </w:r>
      <w:r w:rsidRPr="00B6774C">
        <w:rPr>
          <w:rFonts w:ascii="Times New Roman" w:hAnsi="Times New Roman" w:cs="Times New Roman"/>
          <w:lang w:val="pl-PL"/>
        </w:rPr>
        <w:br/>
        <w:t>• przeplatanie aktywności ruchowej z odpoczynkiem.</w:t>
      </w:r>
    </w:p>
    <w:p w14:paraId="17ED16A2" w14:textId="77777777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b/>
          <w:bCs/>
          <w:lang w:val="pl-PL"/>
        </w:rPr>
      </w:pPr>
      <w:r w:rsidRPr="00B6774C">
        <w:rPr>
          <w:rFonts w:ascii="Times New Roman" w:hAnsi="Times New Roman" w:cs="Times New Roman"/>
          <w:b/>
          <w:bCs/>
          <w:lang w:val="pl-PL"/>
        </w:rPr>
        <w:t>Emocjonalny obszar rozwoju dziecka</w:t>
      </w:r>
    </w:p>
    <w:p w14:paraId="30536856" w14:textId="53A20F78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lang w:val="pl-PL"/>
        </w:rPr>
      </w:pPr>
      <w:r w:rsidRPr="00B6774C">
        <w:rPr>
          <w:rFonts w:ascii="Times New Roman" w:hAnsi="Times New Roman" w:cs="Times New Roman"/>
          <w:i/>
          <w:iCs/>
          <w:lang w:val="pl-PL"/>
        </w:rPr>
        <w:t>Społeczna aktywność dziecka:</w:t>
      </w:r>
      <w:r w:rsidRPr="00B6774C">
        <w:rPr>
          <w:rFonts w:ascii="Times New Roman" w:hAnsi="Times New Roman" w:cs="Times New Roman"/>
          <w:lang w:val="pl-PL"/>
        </w:rPr>
        <w:br/>
        <w:t>• wyrażanie i nazywanie emocji,</w:t>
      </w:r>
      <w:r w:rsidRPr="00B6774C">
        <w:rPr>
          <w:rFonts w:ascii="Times New Roman" w:hAnsi="Times New Roman" w:cs="Times New Roman"/>
          <w:lang w:val="pl-PL"/>
        </w:rPr>
        <w:br/>
        <w:t>• uczestniczenie we wspólnych zabawach,</w:t>
      </w:r>
      <w:r w:rsidRPr="00B6774C">
        <w:rPr>
          <w:rFonts w:ascii="Times New Roman" w:hAnsi="Times New Roman" w:cs="Times New Roman"/>
          <w:lang w:val="pl-PL"/>
        </w:rPr>
        <w:br/>
        <w:t>• radzenie sobie z emocjami w zabawie i rozmowie,</w:t>
      </w:r>
      <w:r w:rsidRPr="00B6774C">
        <w:rPr>
          <w:rFonts w:ascii="Times New Roman" w:hAnsi="Times New Roman" w:cs="Times New Roman"/>
          <w:lang w:val="pl-PL"/>
        </w:rPr>
        <w:br/>
        <w:t>• dostrzeganie potrzeb roślin i zwierząt (np. dokarmianie ptaków).</w:t>
      </w:r>
    </w:p>
    <w:p w14:paraId="0AD67BCB" w14:textId="77777777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b/>
          <w:bCs/>
          <w:lang w:val="pl-PL"/>
        </w:rPr>
      </w:pPr>
      <w:r w:rsidRPr="00B6774C">
        <w:rPr>
          <w:rFonts w:ascii="Times New Roman" w:hAnsi="Times New Roman" w:cs="Times New Roman"/>
          <w:b/>
          <w:bCs/>
          <w:lang w:val="pl-PL"/>
        </w:rPr>
        <w:t>Społeczny obszar rozwoju dziecka</w:t>
      </w:r>
    </w:p>
    <w:p w14:paraId="021340ED" w14:textId="0B384417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lang w:val="pl-PL"/>
        </w:rPr>
      </w:pPr>
      <w:r w:rsidRPr="00B6774C">
        <w:rPr>
          <w:rFonts w:ascii="Times New Roman" w:hAnsi="Times New Roman" w:cs="Times New Roman"/>
          <w:i/>
          <w:iCs/>
          <w:lang w:val="pl-PL"/>
        </w:rPr>
        <w:t>Społeczna aktywność dziecka:</w:t>
      </w:r>
      <w:r w:rsidRPr="00B6774C">
        <w:rPr>
          <w:rFonts w:ascii="Times New Roman" w:hAnsi="Times New Roman" w:cs="Times New Roman"/>
          <w:lang w:val="pl-PL"/>
        </w:rPr>
        <w:br/>
        <w:t>• poznawanie zasad funkcjonowania w grupie,</w:t>
      </w:r>
      <w:r w:rsidRPr="00B6774C">
        <w:rPr>
          <w:rFonts w:ascii="Times New Roman" w:hAnsi="Times New Roman" w:cs="Times New Roman"/>
          <w:lang w:val="pl-PL"/>
        </w:rPr>
        <w:br/>
        <w:t>• współdziałanie w zabawach zespołowych,</w:t>
      </w:r>
      <w:r w:rsidRPr="00B6774C">
        <w:rPr>
          <w:rFonts w:ascii="Times New Roman" w:hAnsi="Times New Roman" w:cs="Times New Roman"/>
          <w:lang w:val="pl-PL"/>
        </w:rPr>
        <w:br/>
        <w:t>• stosowanie form grzecznościowych,</w:t>
      </w:r>
      <w:r w:rsidRPr="00B6774C">
        <w:rPr>
          <w:rFonts w:ascii="Times New Roman" w:hAnsi="Times New Roman" w:cs="Times New Roman"/>
          <w:lang w:val="pl-PL"/>
        </w:rPr>
        <w:br/>
        <w:t>• dzielenie się informacjami o rodzinie i ważnych wydarzeniach,</w:t>
      </w:r>
      <w:r w:rsidRPr="00B6774C">
        <w:rPr>
          <w:rFonts w:ascii="Times New Roman" w:hAnsi="Times New Roman" w:cs="Times New Roman"/>
          <w:lang w:val="pl-PL"/>
        </w:rPr>
        <w:br/>
        <w:t>• okazywanie empatii i pomocy innym.</w:t>
      </w:r>
    </w:p>
    <w:p w14:paraId="37AE63DE" w14:textId="77777777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b/>
          <w:bCs/>
          <w:lang w:val="pl-PL"/>
        </w:rPr>
      </w:pPr>
      <w:r w:rsidRPr="00B6774C">
        <w:rPr>
          <w:rFonts w:ascii="Times New Roman" w:hAnsi="Times New Roman" w:cs="Times New Roman"/>
          <w:b/>
          <w:bCs/>
          <w:lang w:val="pl-PL"/>
        </w:rPr>
        <w:t>Poznawczy obszar rozwoju dziecka</w:t>
      </w:r>
    </w:p>
    <w:p w14:paraId="383A1617" w14:textId="77777777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lang w:val="pl-PL"/>
        </w:rPr>
      </w:pPr>
      <w:r w:rsidRPr="00B6774C">
        <w:rPr>
          <w:rFonts w:ascii="Times New Roman" w:hAnsi="Times New Roman" w:cs="Times New Roman"/>
          <w:i/>
          <w:iCs/>
          <w:lang w:val="pl-PL"/>
        </w:rPr>
        <w:t>Społeczna aktywność dziecka:</w:t>
      </w:r>
      <w:r w:rsidRPr="00B6774C">
        <w:rPr>
          <w:rFonts w:ascii="Times New Roman" w:hAnsi="Times New Roman" w:cs="Times New Roman"/>
          <w:lang w:val="pl-PL"/>
        </w:rPr>
        <w:br/>
        <w:t>• opowiadanie o swoich zainteresowaniach i doświadczeniach,</w:t>
      </w:r>
      <w:r w:rsidRPr="00B6774C">
        <w:rPr>
          <w:rFonts w:ascii="Times New Roman" w:hAnsi="Times New Roman" w:cs="Times New Roman"/>
          <w:lang w:val="pl-PL"/>
        </w:rPr>
        <w:br/>
        <w:t>• podejmowanie prób samodzielnego działania,</w:t>
      </w:r>
      <w:r w:rsidRPr="00B6774C">
        <w:rPr>
          <w:rFonts w:ascii="Times New Roman" w:hAnsi="Times New Roman" w:cs="Times New Roman"/>
          <w:lang w:val="pl-PL"/>
        </w:rPr>
        <w:br/>
        <w:t>• oglądanie ilustracji i słuchanie opowiadań.</w:t>
      </w:r>
    </w:p>
    <w:p w14:paraId="276E440D" w14:textId="77777777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lang w:val="pl-PL"/>
        </w:rPr>
      </w:pPr>
      <w:r w:rsidRPr="00B6774C">
        <w:rPr>
          <w:rFonts w:ascii="Times New Roman" w:hAnsi="Times New Roman" w:cs="Times New Roman"/>
          <w:i/>
          <w:iCs/>
          <w:lang w:val="pl-PL"/>
        </w:rPr>
        <w:lastRenderedPageBreak/>
        <w:t>Językowa aktywność dziecka:</w:t>
      </w:r>
      <w:r w:rsidRPr="00B6774C">
        <w:rPr>
          <w:rFonts w:ascii="Times New Roman" w:hAnsi="Times New Roman" w:cs="Times New Roman"/>
          <w:lang w:val="pl-PL"/>
        </w:rPr>
        <w:br/>
        <w:t>• wypowiadanie się prostymi i złożonymi zdaniami,</w:t>
      </w:r>
      <w:r w:rsidRPr="00B6774C">
        <w:rPr>
          <w:rFonts w:ascii="Times New Roman" w:hAnsi="Times New Roman" w:cs="Times New Roman"/>
          <w:lang w:val="pl-PL"/>
        </w:rPr>
        <w:br/>
        <w:t>• aktywne uczestniczenie w rozmowach,</w:t>
      </w:r>
      <w:r w:rsidRPr="00B6774C">
        <w:rPr>
          <w:rFonts w:ascii="Times New Roman" w:hAnsi="Times New Roman" w:cs="Times New Roman"/>
          <w:lang w:val="pl-PL"/>
        </w:rPr>
        <w:br/>
        <w:t>• słuchanie wierszy i opowiadań oraz odpowiadanie na pytania,</w:t>
      </w:r>
      <w:r w:rsidRPr="00B6774C">
        <w:rPr>
          <w:rFonts w:ascii="Times New Roman" w:hAnsi="Times New Roman" w:cs="Times New Roman"/>
          <w:lang w:val="pl-PL"/>
        </w:rPr>
        <w:br/>
        <w:t>• udział w zabawach słownych, rytmicznych i fonologicznych.</w:t>
      </w:r>
    </w:p>
    <w:p w14:paraId="4C357C71" w14:textId="77777777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lang w:val="pl-PL"/>
        </w:rPr>
      </w:pPr>
      <w:r w:rsidRPr="00B6774C">
        <w:rPr>
          <w:rFonts w:ascii="Times New Roman" w:hAnsi="Times New Roman" w:cs="Times New Roman"/>
          <w:i/>
          <w:iCs/>
          <w:lang w:val="pl-PL"/>
        </w:rPr>
        <w:t>Artystyczna aktywność dziecka:</w:t>
      </w:r>
      <w:r w:rsidRPr="00B6774C">
        <w:rPr>
          <w:rFonts w:ascii="Times New Roman" w:hAnsi="Times New Roman" w:cs="Times New Roman"/>
          <w:lang w:val="pl-PL"/>
        </w:rPr>
        <w:br/>
        <w:t>• śpiewanie piosenek i zabawy muzyczno-ruchowe,</w:t>
      </w:r>
      <w:r w:rsidRPr="00B6774C">
        <w:rPr>
          <w:rFonts w:ascii="Times New Roman" w:hAnsi="Times New Roman" w:cs="Times New Roman"/>
          <w:lang w:val="pl-PL"/>
        </w:rPr>
        <w:br/>
        <w:t>• ekspresja plastyczna inspirowana tematyką czasu i pór roku,</w:t>
      </w:r>
      <w:r w:rsidRPr="00B6774C">
        <w:rPr>
          <w:rFonts w:ascii="Times New Roman" w:hAnsi="Times New Roman" w:cs="Times New Roman"/>
          <w:lang w:val="pl-PL"/>
        </w:rPr>
        <w:br/>
        <w:t>• tworzenie galerii prac dzieci.</w:t>
      </w:r>
    </w:p>
    <w:p w14:paraId="36100DF3" w14:textId="0898E380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lang w:val="pl-PL"/>
        </w:rPr>
      </w:pPr>
      <w:r w:rsidRPr="00B6774C">
        <w:rPr>
          <w:rFonts w:ascii="Times New Roman" w:hAnsi="Times New Roman" w:cs="Times New Roman"/>
          <w:i/>
          <w:iCs/>
          <w:lang w:val="pl-PL"/>
        </w:rPr>
        <w:t>Aktywność poznawcza:</w:t>
      </w:r>
      <w:r w:rsidRPr="00B6774C">
        <w:rPr>
          <w:rFonts w:ascii="Times New Roman" w:hAnsi="Times New Roman" w:cs="Times New Roman"/>
          <w:lang w:val="pl-PL"/>
        </w:rPr>
        <w:br/>
        <w:t>• poznawanie pojęcia czasu (dni, następstwo zdarzeń),</w:t>
      </w:r>
      <w:r w:rsidRPr="00B6774C">
        <w:rPr>
          <w:rFonts w:ascii="Times New Roman" w:hAnsi="Times New Roman" w:cs="Times New Roman"/>
          <w:lang w:val="pl-PL"/>
        </w:rPr>
        <w:br/>
        <w:t>• liczenie i porządkowanie przedmiotów,</w:t>
      </w:r>
      <w:r w:rsidRPr="00B6774C">
        <w:rPr>
          <w:rFonts w:ascii="Times New Roman" w:hAnsi="Times New Roman" w:cs="Times New Roman"/>
          <w:lang w:val="pl-PL"/>
        </w:rPr>
        <w:br/>
        <w:t>• rozwijanie myślenia logicznego i wyobraźni,</w:t>
      </w:r>
      <w:r w:rsidRPr="00B6774C">
        <w:rPr>
          <w:rFonts w:ascii="Times New Roman" w:hAnsi="Times New Roman" w:cs="Times New Roman"/>
          <w:lang w:val="pl-PL"/>
        </w:rPr>
        <w:br/>
        <w:t>• uczestniczenie w zabawach badawczych i tematycznych,</w:t>
      </w:r>
      <w:r w:rsidRPr="00B6774C">
        <w:rPr>
          <w:rFonts w:ascii="Times New Roman" w:hAnsi="Times New Roman" w:cs="Times New Roman"/>
          <w:lang w:val="pl-PL"/>
        </w:rPr>
        <w:br/>
        <w:t>• koncentracja uwagi podczas zabaw i działań twórczych.</w:t>
      </w:r>
    </w:p>
    <w:p w14:paraId="20F40343" w14:textId="77777777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i/>
          <w:iCs/>
          <w:lang w:val="pl-PL"/>
        </w:rPr>
      </w:pPr>
      <w:r w:rsidRPr="00B6774C">
        <w:rPr>
          <w:rFonts w:ascii="Times New Roman" w:hAnsi="Times New Roman" w:cs="Times New Roman"/>
          <w:i/>
          <w:iCs/>
          <w:lang w:val="pl-PL"/>
        </w:rPr>
        <w:t>Program wychowania przedszkolnego, Grupa MAC S.A. 2020</w:t>
      </w:r>
      <w:r w:rsidRPr="00B6774C">
        <w:rPr>
          <w:rFonts w:ascii="Times New Roman" w:hAnsi="Times New Roman" w:cs="Times New Roman"/>
          <w:i/>
          <w:iCs/>
          <w:lang w:val="pl-PL"/>
        </w:rPr>
        <w:br/>
        <w:t>(s. 41–45, 46–48, 50, 52–54, 56, 57, 59–60, 61–62, 65, 66–67, 68, 71–72, 78).</w:t>
      </w:r>
    </w:p>
    <w:p w14:paraId="143A47D9" w14:textId="77777777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lang w:val="pl-PL"/>
        </w:rPr>
      </w:pPr>
    </w:p>
    <w:p w14:paraId="4FDD27AB" w14:textId="77777777" w:rsidR="004B65B4" w:rsidRPr="004B65B4" w:rsidRDefault="004B65B4" w:rsidP="004B65B4">
      <w:pPr>
        <w:spacing w:line="360" w:lineRule="auto"/>
        <w:rPr>
          <w:rFonts w:ascii="Times New Roman" w:hAnsi="Times New Roman" w:cs="Times New Roman"/>
          <w:b/>
          <w:bCs/>
          <w:lang w:val="pl-PL"/>
        </w:rPr>
      </w:pPr>
      <w:r w:rsidRPr="004B65B4">
        <w:rPr>
          <w:rFonts w:ascii="Times New Roman" w:hAnsi="Times New Roman" w:cs="Times New Roman"/>
          <w:b/>
          <w:bCs/>
          <w:lang w:val="pl-PL"/>
        </w:rPr>
        <w:t>TYDZIEŃ IV</w:t>
      </w:r>
    </w:p>
    <w:p w14:paraId="029E51B9" w14:textId="7247A58F" w:rsidR="00B6774C" w:rsidRPr="00B6774C" w:rsidRDefault="004B65B4" w:rsidP="004B65B4">
      <w:pPr>
        <w:spacing w:line="360" w:lineRule="auto"/>
        <w:rPr>
          <w:rFonts w:ascii="Times New Roman" w:hAnsi="Times New Roman" w:cs="Times New Roman"/>
          <w:lang w:val="pl-PL"/>
        </w:rPr>
      </w:pPr>
      <w:r w:rsidRPr="004B65B4">
        <w:rPr>
          <w:rFonts w:ascii="Times New Roman" w:hAnsi="Times New Roman" w:cs="Times New Roman"/>
          <w:b/>
          <w:bCs/>
          <w:lang w:val="pl-PL"/>
        </w:rPr>
        <w:t xml:space="preserve">Temat tygodnia: </w:t>
      </w:r>
      <w:r w:rsidR="00B6774C" w:rsidRPr="00B6774C">
        <w:rPr>
          <w:rFonts w:ascii="Times New Roman" w:hAnsi="Times New Roman" w:cs="Times New Roman"/>
          <w:lang w:val="pl-PL"/>
        </w:rPr>
        <w:t>Ptasia stołówka</w:t>
      </w:r>
    </w:p>
    <w:p w14:paraId="0EB1E513" w14:textId="77777777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b/>
          <w:bCs/>
          <w:lang w:val="pl-PL"/>
        </w:rPr>
      </w:pPr>
      <w:r w:rsidRPr="00B6774C">
        <w:rPr>
          <w:rFonts w:ascii="Times New Roman" w:hAnsi="Times New Roman" w:cs="Times New Roman"/>
          <w:b/>
          <w:bCs/>
          <w:lang w:val="pl-PL"/>
        </w:rPr>
        <w:t>Treści programowe</w:t>
      </w:r>
    </w:p>
    <w:p w14:paraId="59ADCC97" w14:textId="77777777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b/>
          <w:bCs/>
          <w:lang w:val="pl-PL"/>
        </w:rPr>
      </w:pPr>
      <w:r w:rsidRPr="00B6774C">
        <w:rPr>
          <w:rFonts w:ascii="Times New Roman" w:hAnsi="Times New Roman" w:cs="Times New Roman"/>
          <w:b/>
          <w:bCs/>
          <w:lang w:val="pl-PL"/>
        </w:rPr>
        <w:t>Fizyczny obszar rozwoju dziecka</w:t>
      </w:r>
    </w:p>
    <w:p w14:paraId="7B8EA0A8" w14:textId="77777777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lang w:val="pl-PL"/>
        </w:rPr>
      </w:pPr>
      <w:r w:rsidRPr="00B6774C">
        <w:rPr>
          <w:rFonts w:ascii="Times New Roman" w:hAnsi="Times New Roman" w:cs="Times New Roman"/>
          <w:i/>
          <w:iCs/>
          <w:lang w:val="pl-PL"/>
        </w:rPr>
        <w:t>Społeczna aktywność dziecka:</w:t>
      </w:r>
      <w:r w:rsidRPr="00B6774C">
        <w:rPr>
          <w:rFonts w:ascii="Times New Roman" w:hAnsi="Times New Roman" w:cs="Times New Roman"/>
          <w:lang w:val="pl-PL"/>
        </w:rPr>
        <w:br/>
        <w:t>• poznawanie świata za pomocą zmysłów,</w:t>
      </w:r>
      <w:r w:rsidRPr="00B6774C">
        <w:rPr>
          <w:rFonts w:ascii="Times New Roman" w:hAnsi="Times New Roman" w:cs="Times New Roman"/>
          <w:lang w:val="pl-PL"/>
        </w:rPr>
        <w:br/>
        <w:t>• wykonywanie czynności samoobsługowych,</w:t>
      </w:r>
      <w:r w:rsidRPr="00B6774C">
        <w:rPr>
          <w:rFonts w:ascii="Times New Roman" w:hAnsi="Times New Roman" w:cs="Times New Roman"/>
          <w:lang w:val="pl-PL"/>
        </w:rPr>
        <w:br/>
        <w:t>• dbanie o porządek w sali i miejscu zabawy,</w:t>
      </w:r>
      <w:r w:rsidRPr="00B6774C">
        <w:rPr>
          <w:rFonts w:ascii="Times New Roman" w:hAnsi="Times New Roman" w:cs="Times New Roman"/>
          <w:lang w:val="pl-PL"/>
        </w:rPr>
        <w:br/>
        <w:t>• kształtowanie samodzielności w ubieraniu się i dbaniu o swoje rzeczy.</w:t>
      </w:r>
    </w:p>
    <w:p w14:paraId="29B64B23" w14:textId="77777777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lang w:val="pl-PL"/>
        </w:rPr>
      </w:pPr>
      <w:r w:rsidRPr="00B6774C">
        <w:rPr>
          <w:rFonts w:ascii="Times New Roman" w:hAnsi="Times New Roman" w:cs="Times New Roman"/>
          <w:i/>
          <w:iCs/>
          <w:lang w:val="pl-PL"/>
        </w:rPr>
        <w:t>Językowa aktywność dziecka:</w:t>
      </w:r>
      <w:r w:rsidRPr="00B6774C">
        <w:rPr>
          <w:rFonts w:ascii="Times New Roman" w:hAnsi="Times New Roman" w:cs="Times New Roman"/>
          <w:lang w:val="pl-PL"/>
        </w:rPr>
        <w:br/>
        <w:t>• rozwijanie sprawności ruchowej całego ciała,</w:t>
      </w:r>
      <w:r w:rsidRPr="00B6774C">
        <w:rPr>
          <w:rFonts w:ascii="Times New Roman" w:hAnsi="Times New Roman" w:cs="Times New Roman"/>
          <w:lang w:val="pl-PL"/>
        </w:rPr>
        <w:br/>
      </w:r>
      <w:r w:rsidRPr="00B6774C">
        <w:rPr>
          <w:rFonts w:ascii="Times New Roman" w:hAnsi="Times New Roman" w:cs="Times New Roman"/>
          <w:lang w:val="pl-PL"/>
        </w:rPr>
        <w:lastRenderedPageBreak/>
        <w:t>• doskonalenie koordynacji ruchowej i wzrokowo-ruchowej,</w:t>
      </w:r>
      <w:r w:rsidRPr="00B6774C">
        <w:rPr>
          <w:rFonts w:ascii="Times New Roman" w:hAnsi="Times New Roman" w:cs="Times New Roman"/>
          <w:lang w:val="pl-PL"/>
        </w:rPr>
        <w:br/>
        <w:t>• rozwijanie sprawności manualnej w zabawach plastycznych i konstrukcyjnych,</w:t>
      </w:r>
      <w:r w:rsidRPr="00B6774C">
        <w:rPr>
          <w:rFonts w:ascii="Times New Roman" w:hAnsi="Times New Roman" w:cs="Times New Roman"/>
          <w:lang w:val="pl-PL"/>
        </w:rPr>
        <w:br/>
        <w:t>• odwzorowywanie prostych kształtów i elementów graficznych.</w:t>
      </w:r>
    </w:p>
    <w:p w14:paraId="516D4C2A" w14:textId="77777777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lang w:val="pl-PL"/>
        </w:rPr>
      </w:pPr>
      <w:r w:rsidRPr="00B6774C">
        <w:rPr>
          <w:rFonts w:ascii="Times New Roman" w:hAnsi="Times New Roman" w:cs="Times New Roman"/>
          <w:i/>
          <w:iCs/>
          <w:lang w:val="pl-PL"/>
        </w:rPr>
        <w:t>Artystyczna aktywność dziecka:</w:t>
      </w:r>
      <w:r w:rsidRPr="00B6774C">
        <w:rPr>
          <w:rFonts w:ascii="Times New Roman" w:hAnsi="Times New Roman" w:cs="Times New Roman"/>
          <w:lang w:val="pl-PL"/>
        </w:rPr>
        <w:br/>
        <w:t>• udział w zabawach muzyczno-ruchowych i rytmicznych,</w:t>
      </w:r>
      <w:r w:rsidRPr="00B6774C">
        <w:rPr>
          <w:rFonts w:ascii="Times New Roman" w:hAnsi="Times New Roman" w:cs="Times New Roman"/>
          <w:lang w:val="pl-PL"/>
        </w:rPr>
        <w:br/>
        <w:t>• reagowanie ruchem na tempo i dynamikę muzyki,</w:t>
      </w:r>
      <w:r w:rsidRPr="00B6774C">
        <w:rPr>
          <w:rFonts w:ascii="Times New Roman" w:hAnsi="Times New Roman" w:cs="Times New Roman"/>
          <w:lang w:val="pl-PL"/>
        </w:rPr>
        <w:br/>
        <w:t>• zabawy konstrukcyjne i techniczne,</w:t>
      </w:r>
      <w:r w:rsidRPr="00B6774C">
        <w:rPr>
          <w:rFonts w:ascii="Times New Roman" w:hAnsi="Times New Roman" w:cs="Times New Roman"/>
          <w:lang w:val="pl-PL"/>
        </w:rPr>
        <w:br/>
        <w:t>• tworzenie prac plastycznych z wykorzystaniem różnych materiałów i technik.</w:t>
      </w:r>
    </w:p>
    <w:p w14:paraId="1D7541FD" w14:textId="2059C9F8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lang w:val="pl-PL"/>
        </w:rPr>
      </w:pPr>
      <w:r w:rsidRPr="00B6774C">
        <w:rPr>
          <w:rFonts w:ascii="Times New Roman" w:hAnsi="Times New Roman" w:cs="Times New Roman"/>
          <w:i/>
          <w:iCs/>
          <w:lang w:val="pl-PL"/>
        </w:rPr>
        <w:t>Ruchowa i zdrowotna aktywność dziecka:</w:t>
      </w:r>
      <w:r w:rsidRPr="00B6774C">
        <w:rPr>
          <w:rFonts w:ascii="Times New Roman" w:hAnsi="Times New Roman" w:cs="Times New Roman"/>
          <w:lang w:val="pl-PL"/>
        </w:rPr>
        <w:br/>
        <w:t>• uczestniczenie w zabawach ruchowych i ćwiczeniach gimnastycznych,</w:t>
      </w:r>
      <w:r w:rsidRPr="00B6774C">
        <w:rPr>
          <w:rFonts w:ascii="Times New Roman" w:hAnsi="Times New Roman" w:cs="Times New Roman"/>
          <w:lang w:val="pl-PL"/>
        </w:rPr>
        <w:br/>
        <w:t>• przebywanie na świeżym powietrzu,</w:t>
      </w:r>
      <w:r w:rsidRPr="00B6774C">
        <w:rPr>
          <w:rFonts w:ascii="Times New Roman" w:hAnsi="Times New Roman" w:cs="Times New Roman"/>
          <w:lang w:val="pl-PL"/>
        </w:rPr>
        <w:br/>
        <w:t>• dbanie o higienę osobistą i zdrowie,</w:t>
      </w:r>
      <w:r w:rsidRPr="00B6774C">
        <w:rPr>
          <w:rFonts w:ascii="Times New Roman" w:hAnsi="Times New Roman" w:cs="Times New Roman"/>
          <w:lang w:val="pl-PL"/>
        </w:rPr>
        <w:br/>
        <w:t>• kształtowanie bezpiecznych zachowań podczas zabaw,</w:t>
      </w:r>
      <w:r w:rsidRPr="00B6774C">
        <w:rPr>
          <w:rFonts w:ascii="Times New Roman" w:hAnsi="Times New Roman" w:cs="Times New Roman"/>
          <w:lang w:val="pl-PL"/>
        </w:rPr>
        <w:br/>
        <w:t>• przeplatanie aktywności ruchowej z odpoczynkiem.</w:t>
      </w:r>
    </w:p>
    <w:p w14:paraId="3671428E" w14:textId="77777777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b/>
          <w:bCs/>
          <w:lang w:val="pl-PL"/>
        </w:rPr>
      </w:pPr>
      <w:r w:rsidRPr="00B6774C">
        <w:rPr>
          <w:rFonts w:ascii="Times New Roman" w:hAnsi="Times New Roman" w:cs="Times New Roman"/>
          <w:b/>
          <w:bCs/>
          <w:lang w:val="pl-PL"/>
        </w:rPr>
        <w:t>Emocjonalny obszar rozwoju dziecka</w:t>
      </w:r>
    </w:p>
    <w:p w14:paraId="1FAE91B0" w14:textId="2FA60530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lang w:val="pl-PL"/>
        </w:rPr>
      </w:pPr>
      <w:r w:rsidRPr="00B6774C">
        <w:rPr>
          <w:rFonts w:ascii="Times New Roman" w:hAnsi="Times New Roman" w:cs="Times New Roman"/>
          <w:i/>
          <w:iCs/>
          <w:lang w:val="pl-PL"/>
        </w:rPr>
        <w:t>Społeczna aktywność dziecka:</w:t>
      </w:r>
      <w:r w:rsidRPr="00B6774C">
        <w:rPr>
          <w:rFonts w:ascii="Times New Roman" w:hAnsi="Times New Roman" w:cs="Times New Roman"/>
          <w:lang w:val="pl-PL"/>
        </w:rPr>
        <w:br/>
        <w:t>• wyrażanie i nazywanie emocji,</w:t>
      </w:r>
      <w:r w:rsidRPr="00B6774C">
        <w:rPr>
          <w:rFonts w:ascii="Times New Roman" w:hAnsi="Times New Roman" w:cs="Times New Roman"/>
          <w:lang w:val="pl-PL"/>
        </w:rPr>
        <w:br/>
        <w:t>• uczestniczenie we wspólnych zabawach,</w:t>
      </w:r>
      <w:r w:rsidRPr="00B6774C">
        <w:rPr>
          <w:rFonts w:ascii="Times New Roman" w:hAnsi="Times New Roman" w:cs="Times New Roman"/>
          <w:lang w:val="pl-PL"/>
        </w:rPr>
        <w:br/>
        <w:t>• radzenie sobie z emocjami w zabawie i rozmowie,</w:t>
      </w:r>
      <w:r w:rsidRPr="00B6774C">
        <w:rPr>
          <w:rFonts w:ascii="Times New Roman" w:hAnsi="Times New Roman" w:cs="Times New Roman"/>
          <w:lang w:val="pl-PL"/>
        </w:rPr>
        <w:br/>
        <w:t>• kształtowanie empatii i wrażliwości na potrzeby zwierząt.</w:t>
      </w:r>
    </w:p>
    <w:p w14:paraId="0717DDA4" w14:textId="77777777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b/>
          <w:bCs/>
          <w:lang w:val="pl-PL"/>
        </w:rPr>
      </w:pPr>
      <w:r w:rsidRPr="00B6774C">
        <w:rPr>
          <w:rFonts w:ascii="Times New Roman" w:hAnsi="Times New Roman" w:cs="Times New Roman"/>
          <w:b/>
          <w:bCs/>
          <w:lang w:val="pl-PL"/>
        </w:rPr>
        <w:t>Społeczny obszar rozwoju dziecka</w:t>
      </w:r>
    </w:p>
    <w:p w14:paraId="10E43376" w14:textId="0F21D0F7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lang w:val="pl-PL"/>
        </w:rPr>
      </w:pPr>
      <w:r w:rsidRPr="00B6774C">
        <w:rPr>
          <w:rFonts w:ascii="Times New Roman" w:hAnsi="Times New Roman" w:cs="Times New Roman"/>
          <w:lang w:val="pl-PL"/>
        </w:rPr>
        <w:t>Społeczna aktywność dziecka:</w:t>
      </w:r>
      <w:r w:rsidRPr="00B6774C">
        <w:rPr>
          <w:rFonts w:ascii="Times New Roman" w:hAnsi="Times New Roman" w:cs="Times New Roman"/>
          <w:lang w:val="pl-PL"/>
        </w:rPr>
        <w:br/>
        <w:t>• współdziałanie w grupie i przestrzeganie ustalonych zasad,</w:t>
      </w:r>
      <w:r w:rsidRPr="00B6774C">
        <w:rPr>
          <w:rFonts w:ascii="Times New Roman" w:hAnsi="Times New Roman" w:cs="Times New Roman"/>
          <w:lang w:val="pl-PL"/>
        </w:rPr>
        <w:br/>
        <w:t>• podejmowanie wspólnych działań i zabaw zespołowych,</w:t>
      </w:r>
      <w:r w:rsidRPr="00B6774C">
        <w:rPr>
          <w:rFonts w:ascii="Times New Roman" w:hAnsi="Times New Roman" w:cs="Times New Roman"/>
          <w:lang w:val="pl-PL"/>
        </w:rPr>
        <w:br/>
        <w:t>• pomaganie innym i dzielenie się,</w:t>
      </w:r>
      <w:r w:rsidRPr="00B6774C">
        <w:rPr>
          <w:rFonts w:ascii="Times New Roman" w:hAnsi="Times New Roman" w:cs="Times New Roman"/>
          <w:lang w:val="pl-PL"/>
        </w:rPr>
        <w:br/>
        <w:t>• cieszenie się z sukcesów własnych i kolegów.</w:t>
      </w:r>
    </w:p>
    <w:p w14:paraId="1D96FCC0" w14:textId="77777777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b/>
          <w:bCs/>
          <w:lang w:val="pl-PL"/>
        </w:rPr>
      </w:pPr>
      <w:r w:rsidRPr="00B6774C">
        <w:rPr>
          <w:rFonts w:ascii="Times New Roman" w:hAnsi="Times New Roman" w:cs="Times New Roman"/>
          <w:b/>
          <w:bCs/>
          <w:lang w:val="pl-PL"/>
        </w:rPr>
        <w:t>Poznawczy obszar rozwoju dziecka</w:t>
      </w:r>
    </w:p>
    <w:p w14:paraId="446B2525" w14:textId="77777777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lang w:val="pl-PL"/>
        </w:rPr>
      </w:pPr>
      <w:r w:rsidRPr="00B6774C">
        <w:rPr>
          <w:rFonts w:ascii="Times New Roman" w:hAnsi="Times New Roman" w:cs="Times New Roman"/>
          <w:i/>
          <w:iCs/>
          <w:lang w:val="pl-PL"/>
        </w:rPr>
        <w:t>Społeczna aktywność dziecka:</w:t>
      </w:r>
      <w:r w:rsidRPr="00B6774C">
        <w:rPr>
          <w:rFonts w:ascii="Times New Roman" w:hAnsi="Times New Roman" w:cs="Times New Roman"/>
          <w:lang w:val="pl-PL"/>
        </w:rPr>
        <w:br/>
        <w:t>• opowiadanie o swoich zainteresowaniach i doświadczeniach,</w:t>
      </w:r>
      <w:r w:rsidRPr="00B6774C">
        <w:rPr>
          <w:rFonts w:ascii="Times New Roman" w:hAnsi="Times New Roman" w:cs="Times New Roman"/>
          <w:lang w:val="pl-PL"/>
        </w:rPr>
        <w:br/>
      </w:r>
      <w:r w:rsidRPr="00B6774C">
        <w:rPr>
          <w:rFonts w:ascii="Times New Roman" w:hAnsi="Times New Roman" w:cs="Times New Roman"/>
          <w:lang w:val="pl-PL"/>
        </w:rPr>
        <w:lastRenderedPageBreak/>
        <w:t>• podejmowanie prób samodzielnego działania,</w:t>
      </w:r>
      <w:r w:rsidRPr="00B6774C">
        <w:rPr>
          <w:rFonts w:ascii="Times New Roman" w:hAnsi="Times New Roman" w:cs="Times New Roman"/>
          <w:lang w:val="pl-PL"/>
        </w:rPr>
        <w:br/>
        <w:t>• obserwowanie przyrody zimą.</w:t>
      </w:r>
    </w:p>
    <w:p w14:paraId="5D7CDCA6" w14:textId="77777777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lang w:val="pl-PL"/>
        </w:rPr>
      </w:pPr>
      <w:r w:rsidRPr="00B6774C">
        <w:rPr>
          <w:rFonts w:ascii="Times New Roman" w:hAnsi="Times New Roman" w:cs="Times New Roman"/>
          <w:i/>
          <w:iCs/>
          <w:lang w:val="pl-PL"/>
        </w:rPr>
        <w:t>Językowa aktywność dziecka:</w:t>
      </w:r>
      <w:r w:rsidRPr="00B6774C">
        <w:rPr>
          <w:rFonts w:ascii="Times New Roman" w:hAnsi="Times New Roman" w:cs="Times New Roman"/>
          <w:lang w:val="pl-PL"/>
        </w:rPr>
        <w:br/>
        <w:t>• wypowiadanie się na temat ilustracji i wysłuchanych tekstów,</w:t>
      </w:r>
      <w:r w:rsidRPr="00B6774C">
        <w:rPr>
          <w:rFonts w:ascii="Times New Roman" w:hAnsi="Times New Roman" w:cs="Times New Roman"/>
          <w:lang w:val="pl-PL"/>
        </w:rPr>
        <w:br/>
        <w:t>• słuchanie opowiadań, wierszy i rymowanek,</w:t>
      </w:r>
      <w:r w:rsidRPr="00B6774C">
        <w:rPr>
          <w:rFonts w:ascii="Times New Roman" w:hAnsi="Times New Roman" w:cs="Times New Roman"/>
          <w:lang w:val="pl-PL"/>
        </w:rPr>
        <w:br/>
        <w:t>• uczestniczenie w rozmowach i zabawach słownych.</w:t>
      </w:r>
    </w:p>
    <w:p w14:paraId="1A29AED7" w14:textId="77777777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lang w:val="pl-PL"/>
        </w:rPr>
      </w:pPr>
      <w:r w:rsidRPr="00B6774C">
        <w:rPr>
          <w:rFonts w:ascii="Times New Roman" w:hAnsi="Times New Roman" w:cs="Times New Roman"/>
          <w:i/>
          <w:iCs/>
          <w:lang w:val="pl-PL"/>
        </w:rPr>
        <w:t>Artystyczna aktywność dziecka:</w:t>
      </w:r>
      <w:r w:rsidRPr="00B6774C">
        <w:rPr>
          <w:rFonts w:ascii="Times New Roman" w:hAnsi="Times New Roman" w:cs="Times New Roman"/>
          <w:lang w:val="pl-PL"/>
        </w:rPr>
        <w:br/>
        <w:t>• śpiewanie piosenek i zabawy muzyczno-ruchowe,</w:t>
      </w:r>
      <w:r w:rsidRPr="00B6774C">
        <w:rPr>
          <w:rFonts w:ascii="Times New Roman" w:hAnsi="Times New Roman" w:cs="Times New Roman"/>
          <w:lang w:val="pl-PL"/>
        </w:rPr>
        <w:br/>
        <w:t>• ekspresja plastyczna inspirowana światem ptaków,</w:t>
      </w:r>
      <w:r w:rsidRPr="00B6774C">
        <w:rPr>
          <w:rFonts w:ascii="Times New Roman" w:hAnsi="Times New Roman" w:cs="Times New Roman"/>
          <w:lang w:val="pl-PL"/>
        </w:rPr>
        <w:br/>
        <w:t>• tworzenie prac indywidualnych i grupowych.</w:t>
      </w:r>
    </w:p>
    <w:p w14:paraId="4C251C1C" w14:textId="77777777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lang w:val="pl-PL"/>
        </w:rPr>
      </w:pPr>
      <w:r w:rsidRPr="00B6774C">
        <w:rPr>
          <w:rFonts w:ascii="Times New Roman" w:hAnsi="Times New Roman" w:cs="Times New Roman"/>
          <w:i/>
          <w:iCs/>
          <w:lang w:val="pl-PL"/>
        </w:rPr>
        <w:t>Aktywność poznawcza:</w:t>
      </w:r>
      <w:r w:rsidRPr="00B6774C">
        <w:rPr>
          <w:rFonts w:ascii="Times New Roman" w:hAnsi="Times New Roman" w:cs="Times New Roman"/>
          <w:i/>
          <w:iCs/>
          <w:lang w:val="pl-PL"/>
        </w:rPr>
        <w:br/>
      </w:r>
      <w:r w:rsidRPr="00B6774C">
        <w:rPr>
          <w:rFonts w:ascii="Times New Roman" w:hAnsi="Times New Roman" w:cs="Times New Roman"/>
          <w:lang w:val="pl-PL"/>
        </w:rPr>
        <w:t>• poznawanie ptaków zimujących i zasad ich dokarmiania,</w:t>
      </w:r>
      <w:r w:rsidRPr="00B6774C">
        <w:rPr>
          <w:rFonts w:ascii="Times New Roman" w:hAnsi="Times New Roman" w:cs="Times New Roman"/>
          <w:lang w:val="pl-PL"/>
        </w:rPr>
        <w:br/>
        <w:t>• rozwijanie myślenia i wyobraźni poprzez zabawy tematyczne,</w:t>
      </w:r>
      <w:r w:rsidRPr="00B6774C">
        <w:rPr>
          <w:rFonts w:ascii="Times New Roman" w:hAnsi="Times New Roman" w:cs="Times New Roman"/>
          <w:lang w:val="pl-PL"/>
        </w:rPr>
        <w:br/>
        <w:t>• liczenie i porządkowanie elementów,</w:t>
      </w:r>
      <w:r w:rsidRPr="00B6774C">
        <w:rPr>
          <w:rFonts w:ascii="Times New Roman" w:hAnsi="Times New Roman" w:cs="Times New Roman"/>
          <w:lang w:val="pl-PL"/>
        </w:rPr>
        <w:br/>
        <w:t>• uczestniczenie w zabawach badawczych i konstrukcyjnych,</w:t>
      </w:r>
      <w:r w:rsidRPr="00B6774C">
        <w:rPr>
          <w:rFonts w:ascii="Times New Roman" w:hAnsi="Times New Roman" w:cs="Times New Roman"/>
          <w:lang w:val="pl-PL"/>
        </w:rPr>
        <w:br/>
        <w:t>• kształtowanie postawy proekologicznej i opiekuńczej wobec zwierząt.</w:t>
      </w:r>
    </w:p>
    <w:p w14:paraId="46B44C3E" w14:textId="1C57A1E6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i/>
          <w:iCs/>
          <w:lang w:val="pl-PL"/>
        </w:rPr>
      </w:pPr>
    </w:p>
    <w:p w14:paraId="0DDDB9D9" w14:textId="77777777" w:rsidR="00B6774C" w:rsidRPr="00B6774C" w:rsidRDefault="00B6774C" w:rsidP="004B65B4">
      <w:pPr>
        <w:spacing w:line="360" w:lineRule="auto"/>
        <w:rPr>
          <w:rFonts w:ascii="Times New Roman" w:hAnsi="Times New Roman" w:cs="Times New Roman"/>
          <w:i/>
          <w:iCs/>
          <w:lang w:val="pl-PL"/>
        </w:rPr>
      </w:pPr>
      <w:r w:rsidRPr="00B6774C">
        <w:rPr>
          <w:rFonts w:ascii="Times New Roman" w:hAnsi="Times New Roman" w:cs="Times New Roman"/>
          <w:i/>
          <w:iCs/>
          <w:lang w:val="pl-PL"/>
        </w:rPr>
        <w:t>Program wychowania przedszkolnego, Grupa MAC S.A. 2020</w:t>
      </w:r>
      <w:r w:rsidRPr="00B6774C">
        <w:rPr>
          <w:rFonts w:ascii="Times New Roman" w:hAnsi="Times New Roman" w:cs="Times New Roman"/>
          <w:i/>
          <w:iCs/>
          <w:lang w:val="pl-PL"/>
        </w:rPr>
        <w:br/>
        <w:t>(s. 41–45, 46–48, 50, 52–54, 56, 57, 59–60, 61–62, 65, 66–67, 68, 71–72, 78).</w:t>
      </w:r>
    </w:p>
    <w:p w14:paraId="3EEC0B1D" w14:textId="3E75FD46" w:rsidR="001D08D4" w:rsidRPr="004B65B4" w:rsidRDefault="001D08D4" w:rsidP="004B65B4">
      <w:pPr>
        <w:spacing w:line="360" w:lineRule="auto"/>
        <w:rPr>
          <w:rFonts w:ascii="Times New Roman" w:hAnsi="Times New Roman" w:cs="Times New Roman"/>
          <w:lang w:val="pl-PL"/>
        </w:rPr>
      </w:pPr>
    </w:p>
    <w:sectPr w:rsidR="001D08D4" w:rsidRPr="004B65B4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227178819">
    <w:abstractNumId w:val="8"/>
  </w:num>
  <w:num w:numId="2" w16cid:durableId="618611129">
    <w:abstractNumId w:val="6"/>
  </w:num>
  <w:num w:numId="3" w16cid:durableId="1586499791">
    <w:abstractNumId w:val="5"/>
  </w:num>
  <w:num w:numId="4" w16cid:durableId="1673072346">
    <w:abstractNumId w:val="4"/>
  </w:num>
  <w:num w:numId="5" w16cid:durableId="987784576">
    <w:abstractNumId w:val="7"/>
  </w:num>
  <w:num w:numId="6" w16cid:durableId="730544739">
    <w:abstractNumId w:val="3"/>
  </w:num>
  <w:num w:numId="7" w16cid:durableId="344794278">
    <w:abstractNumId w:val="2"/>
  </w:num>
  <w:num w:numId="8" w16cid:durableId="2067098432">
    <w:abstractNumId w:val="1"/>
  </w:num>
  <w:num w:numId="9" w16cid:durableId="1525296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D08D4"/>
    <w:rsid w:val="0029639D"/>
    <w:rsid w:val="00326F90"/>
    <w:rsid w:val="004B65B4"/>
    <w:rsid w:val="00AA1D8D"/>
    <w:rsid w:val="00B47730"/>
    <w:rsid w:val="00B6774C"/>
    <w:rsid w:val="00C2174D"/>
    <w:rsid w:val="00CB0664"/>
    <w:rsid w:val="00FC693F"/>
    <w:rsid w:val="00FF0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A4698A2"/>
  <w14:defaultImageDpi w14:val="300"/>
  <w15:docId w15:val="{808D8040-4309-4FF5-B339-CECEBBDB3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9</Pages>
  <Words>1612</Words>
  <Characters>9677</Characters>
  <Application>Microsoft Office Word</Application>
  <DocSecurity>0</DocSecurity>
  <Lines>80</Lines>
  <Paragraphs>22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11267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Pavlo Liashchuk</cp:lastModifiedBy>
  <cp:revision>2</cp:revision>
  <dcterms:created xsi:type="dcterms:W3CDTF">2013-12-23T23:15:00Z</dcterms:created>
  <dcterms:modified xsi:type="dcterms:W3CDTF">2026-01-06T20:29:00Z</dcterms:modified>
  <cp:category/>
</cp:coreProperties>
</file>